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B57FD" w14:textId="77777777" w:rsidR="0039700B" w:rsidRPr="002B098E" w:rsidRDefault="00000000">
      <w:pPr>
        <w:spacing w:after="0" w:line="240" w:lineRule="auto"/>
        <w:ind w:firstLine="0"/>
        <w:jc w:val="center"/>
        <w:rPr>
          <w:lang w:val="pt-BR"/>
        </w:rPr>
      </w:pPr>
      <w:r w:rsidRPr="002B098E">
        <w:rPr>
          <w:b/>
          <w:sz w:val="28"/>
          <w:lang w:val="pt-BR"/>
        </w:rPr>
        <w:t>UNIVERSIDADE CATÓLICA DOM BOSCO</w:t>
      </w:r>
    </w:p>
    <w:p w14:paraId="743B7A9F" w14:textId="77777777" w:rsidR="0039700B" w:rsidRPr="002B098E" w:rsidRDefault="00000000">
      <w:pPr>
        <w:spacing w:after="0" w:line="240" w:lineRule="auto"/>
        <w:ind w:firstLine="0"/>
        <w:jc w:val="center"/>
        <w:rPr>
          <w:lang w:val="pt-BR"/>
        </w:rPr>
      </w:pPr>
      <w:r w:rsidRPr="002B098E">
        <w:rPr>
          <w:b/>
          <w:sz w:val="28"/>
          <w:lang w:val="pt-BR"/>
        </w:rPr>
        <w:t>PROGRAMA DE PÓS-GRADUAÇÃO STRICTO SENSU EM CIÊNCIAS AMBIENTAIS E SUSTENTABILIDADE AGROPECUÁRIA</w:t>
      </w:r>
    </w:p>
    <w:p w14:paraId="28DC0D50" w14:textId="77777777" w:rsidR="0039700B" w:rsidRPr="002B098E" w:rsidRDefault="0039700B" w:rsidP="002B098E">
      <w:pPr>
        <w:spacing w:after="0" w:line="240" w:lineRule="auto"/>
        <w:ind w:firstLine="0"/>
        <w:rPr>
          <w:sz w:val="28"/>
          <w:szCs w:val="28"/>
          <w:lang w:val="pt-BR"/>
        </w:rPr>
      </w:pPr>
    </w:p>
    <w:p w14:paraId="1CF790F4" w14:textId="77777777" w:rsidR="0039700B" w:rsidRPr="002B098E" w:rsidRDefault="0039700B" w:rsidP="002B098E">
      <w:pPr>
        <w:spacing w:after="0" w:line="240" w:lineRule="auto"/>
        <w:ind w:firstLine="0"/>
        <w:rPr>
          <w:sz w:val="28"/>
          <w:szCs w:val="28"/>
          <w:lang w:val="pt-BR"/>
        </w:rPr>
      </w:pPr>
    </w:p>
    <w:p w14:paraId="6080A0C7" w14:textId="77777777" w:rsidR="0039700B" w:rsidRPr="002B098E" w:rsidRDefault="0039700B" w:rsidP="002B098E">
      <w:pPr>
        <w:spacing w:after="0" w:line="240" w:lineRule="auto"/>
        <w:ind w:firstLine="0"/>
        <w:rPr>
          <w:sz w:val="28"/>
          <w:szCs w:val="28"/>
          <w:lang w:val="pt-BR"/>
        </w:rPr>
      </w:pPr>
    </w:p>
    <w:p w14:paraId="41A4DEB7" w14:textId="77777777" w:rsidR="0039700B" w:rsidRPr="002B098E" w:rsidRDefault="0039700B" w:rsidP="002B098E">
      <w:pPr>
        <w:spacing w:after="0" w:line="240" w:lineRule="auto"/>
        <w:ind w:firstLine="0"/>
        <w:rPr>
          <w:sz w:val="28"/>
          <w:szCs w:val="28"/>
          <w:lang w:val="pt-BR"/>
        </w:rPr>
      </w:pPr>
    </w:p>
    <w:p w14:paraId="6D00E5F3" w14:textId="77777777" w:rsidR="0039700B" w:rsidRPr="002B098E" w:rsidRDefault="0039700B" w:rsidP="002B098E">
      <w:pPr>
        <w:spacing w:after="0" w:line="240" w:lineRule="auto"/>
        <w:ind w:firstLine="0"/>
        <w:rPr>
          <w:sz w:val="28"/>
          <w:szCs w:val="28"/>
          <w:lang w:val="pt-BR"/>
        </w:rPr>
      </w:pPr>
    </w:p>
    <w:p w14:paraId="67D37AA0" w14:textId="77777777" w:rsidR="0039700B" w:rsidRPr="002B098E" w:rsidRDefault="0039700B" w:rsidP="002B098E">
      <w:pPr>
        <w:spacing w:after="0" w:line="240" w:lineRule="auto"/>
        <w:ind w:firstLine="0"/>
        <w:rPr>
          <w:sz w:val="28"/>
          <w:szCs w:val="28"/>
          <w:lang w:val="pt-BR"/>
        </w:rPr>
      </w:pPr>
    </w:p>
    <w:p w14:paraId="371427D7" w14:textId="77777777" w:rsidR="0039700B" w:rsidRPr="002B098E" w:rsidRDefault="0039700B" w:rsidP="002B098E">
      <w:pPr>
        <w:spacing w:after="0" w:line="240" w:lineRule="auto"/>
        <w:ind w:firstLine="0"/>
        <w:rPr>
          <w:sz w:val="28"/>
          <w:szCs w:val="28"/>
          <w:lang w:val="pt-BR"/>
        </w:rPr>
      </w:pPr>
    </w:p>
    <w:p w14:paraId="1B49232C" w14:textId="77777777" w:rsidR="0039700B" w:rsidRPr="002B098E" w:rsidRDefault="0039700B" w:rsidP="002B098E">
      <w:pPr>
        <w:spacing w:after="0" w:line="240" w:lineRule="auto"/>
        <w:ind w:firstLine="0"/>
        <w:rPr>
          <w:sz w:val="28"/>
          <w:szCs w:val="28"/>
          <w:lang w:val="pt-BR"/>
        </w:rPr>
      </w:pPr>
    </w:p>
    <w:p w14:paraId="5FD70E13" w14:textId="77777777" w:rsidR="0039700B" w:rsidRPr="002B098E" w:rsidRDefault="0039700B" w:rsidP="002B098E">
      <w:pPr>
        <w:spacing w:after="0" w:line="240" w:lineRule="auto"/>
        <w:ind w:firstLine="0"/>
        <w:rPr>
          <w:sz w:val="28"/>
          <w:szCs w:val="28"/>
          <w:lang w:val="pt-BR"/>
        </w:rPr>
      </w:pPr>
    </w:p>
    <w:p w14:paraId="5843C67E" w14:textId="77777777" w:rsidR="0039700B" w:rsidRPr="002B098E" w:rsidRDefault="0039700B" w:rsidP="002B098E">
      <w:pPr>
        <w:spacing w:after="0" w:line="240" w:lineRule="auto"/>
        <w:ind w:firstLine="0"/>
        <w:rPr>
          <w:sz w:val="28"/>
          <w:szCs w:val="28"/>
          <w:lang w:val="pt-BR"/>
        </w:rPr>
      </w:pPr>
    </w:p>
    <w:p w14:paraId="3B22B693" w14:textId="02A52A59" w:rsidR="0039700B" w:rsidRPr="002B098E" w:rsidRDefault="002B098E" w:rsidP="002B098E">
      <w:pPr>
        <w:spacing w:after="0" w:line="240" w:lineRule="auto"/>
        <w:ind w:firstLine="0"/>
        <w:jc w:val="center"/>
        <w:rPr>
          <w:lang w:val="pt-BR"/>
        </w:rPr>
      </w:pPr>
      <w:r w:rsidRPr="002B098E">
        <w:rPr>
          <w:b/>
          <w:sz w:val="32"/>
          <w:lang w:val="pt-BR"/>
        </w:rPr>
        <w:t>Título Do Dissertação/Tese</w:t>
      </w:r>
    </w:p>
    <w:p w14:paraId="3DC30756" w14:textId="77777777" w:rsidR="0039700B" w:rsidRPr="002B098E" w:rsidRDefault="0039700B" w:rsidP="002B098E">
      <w:pPr>
        <w:spacing w:after="0" w:line="240" w:lineRule="auto"/>
        <w:ind w:firstLine="0"/>
        <w:rPr>
          <w:sz w:val="28"/>
          <w:szCs w:val="24"/>
          <w:lang w:val="pt-BR"/>
        </w:rPr>
      </w:pPr>
    </w:p>
    <w:p w14:paraId="755666BE" w14:textId="77777777" w:rsidR="0039700B" w:rsidRPr="002B098E" w:rsidRDefault="0039700B" w:rsidP="002B098E">
      <w:pPr>
        <w:spacing w:after="0" w:line="240" w:lineRule="auto"/>
        <w:ind w:firstLine="0"/>
        <w:rPr>
          <w:sz w:val="28"/>
          <w:szCs w:val="24"/>
          <w:lang w:val="pt-BR"/>
        </w:rPr>
      </w:pPr>
    </w:p>
    <w:p w14:paraId="0EB07DCA" w14:textId="77777777" w:rsidR="0039700B" w:rsidRPr="002B098E" w:rsidRDefault="0039700B" w:rsidP="002B098E">
      <w:pPr>
        <w:spacing w:after="0" w:line="240" w:lineRule="auto"/>
        <w:ind w:firstLine="0"/>
        <w:rPr>
          <w:sz w:val="28"/>
          <w:szCs w:val="24"/>
          <w:lang w:val="pt-BR"/>
        </w:rPr>
      </w:pPr>
    </w:p>
    <w:p w14:paraId="23D65E1D" w14:textId="77777777" w:rsidR="0039700B" w:rsidRPr="002B098E" w:rsidRDefault="0039700B" w:rsidP="002B098E">
      <w:pPr>
        <w:spacing w:after="0" w:line="240" w:lineRule="auto"/>
        <w:ind w:firstLine="0"/>
        <w:rPr>
          <w:sz w:val="28"/>
          <w:szCs w:val="24"/>
          <w:lang w:val="pt-BR"/>
        </w:rPr>
      </w:pPr>
    </w:p>
    <w:p w14:paraId="71E54D0F" w14:textId="77777777" w:rsidR="0039700B" w:rsidRPr="002B098E" w:rsidRDefault="0039700B" w:rsidP="002B098E">
      <w:pPr>
        <w:spacing w:after="0" w:line="240" w:lineRule="auto"/>
        <w:ind w:firstLine="0"/>
        <w:rPr>
          <w:sz w:val="28"/>
          <w:szCs w:val="24"/>
          <w:lang w:val="pt-BR"/>
        </w:rPr>
      </w:pPr>
    </w:p>
    <w:p w14:paraId="04CA2014" w14:textId="15373976" w:rsidR="0039700B" w:rsidRPr="002B098E" w:rsidRDefault="00000000" w:rsidP="002B098E">
      <w:pPr>
        <w:spacing w:after="0" w:line="240" w:lineRule="auto"/>
        <w:ind w:firstLine="0"/>
        <w:jc w:val="right"/>
        <w:rPr>
          <w:lang w:val="pt-BR"/>
        </w:rPr>
      </w:pPr>
      <w:r w:rsidRPr="002B098E">
        <w:rPr>
          <w:sz w:val="28"/>
          <w:lang w:val="pt-BR"/>
        </w:rPr>
        <w:t>Nome Completo do Aluno</w:t>
      </w:r>
    </w:p>
    <w:p w14:paraId="2487763F" w14:textId="77777777" w:rsidR="0039700B" w:rsidRDefault="0039700B" w:rsidP="002B098E">
      <w:pPr>
        <w:spacing w:after="0" w:line="240" w:lineRule="auto"/>
        <w:ind w:firstLine="0"/>
        <w:rPr>
          <w:lang w:val="pt-BR"/>
        </w:rPr>
      </w:pPr>
    </w:p>
    <w:p w14:paraId="2D059A96" w14:textId="77777777" w:rsidR="002B098E" w:rsidRPr="002B098E" w:rsidRDefault="002B098E" w:rsidP="002B098E">
      <w:pPr>
        <w:spacing w:after="0" w:line="240" w:lineRule="auto"/>
        <w:ind w:firstLine="0"/>
        <w:rPr>
          <w:lang w:val="pt-BR"/>
        </w:rPr>
      </w:pPr>
    </w:p>
    <w:p w14:paraId="7BD01F35" w14:textId="77777777" w:rsidR="0039700B" w:rsidRDefault="0039700B" w:rsidP="002B098E">
      <w:pPr>
        <w:spacing w:after="0" w:line="240" w:lineRule="auto"/>
        <w:ind w:firstLine="0"/>
        <w:rPr>
          <w:lang w:val="pt-BR"/>
        </w:rPr>
      </w:pPr>
    </w:p>
    <w:p w14:paraId="6E7C017B" w14:textId="77777777" w:rsidR="00500F7B" w:rsidRDefault="00500F7B" w:rsidP="002B098E">
      <w:pPr>
        <w:spacing w:after="0" w:line="240" w:lineRule="auto"/>
        <w:ind w:firstLine="0"/>
        <w:rPr>
          <w:lang w:val="pt-BR"/>
        </w:rPr>
      </w:pPr>
    </w:p>
    <w:p w14:paraId="27C051E8" w14:textId="77777777" w:rsidR="00500F7B" w:rsidRDefault="00500F7B" w:rsidP="002B098E">
      <w:pPr>
        <w:spacing w:after="0" w:line="240" w:lineRule="auto"/>
        <w:ind w:firstLine="0"/>
        <w:rPr>
          <w:lang w:val="pt-BR"/>
        </w:rPr>
      </w:pPr>
    </w:p>
    <w:p w14:paraId="288E1043" w14:textId="77777777" w:rsidR="00500F7B" w:rsidRDefault="00500F7B" w:rsidP="002B098E">
      <w:pPr>
        <w:spacing w:after="0" w:line="240" w:lineRule="auto"/>
        <w:ind w:firstLine="0"/>
        <w:rPr>
          <w:lang w:val="pt-BR"/>
        </w:rPr>
      </w:pPr>
    </w:p>
    <w:p w14:paraId="7E585FC1" w14:textId="77777777" w:rsidR="00500F7B" w:rsidRDefault="00500F7B" w:rsidP="002B098E">
      <w:pPr>
        <w:spacing w:after="0" w:line="240" w:lineRule="auto"/>
        <w:ind w:firstLine="0"/>
        <w:rPr>
          <w:lang w:val="pt-BR"/>
        </w:rPr>
      </w:pPr>
    </w:p>
    <w:p w14:paraId="051505D9" w14:textId="77777777" w:rsidR="00500F7B" w:rsidRDefault="00500F7B" w:rsidP="002B098E">
      <w:pPr>
        <w:spacing w:after="0" w:line="240" w:lineRule="auto"/>
        <w:ind w:firstLine="0"/>
        <w:rPr>
          <w:lang w:val="pt-BR"/>
        </w:rPr>
      </w:pPr>
    </w:p>
    <w:p w14:paraId="6F63BDB8" w14:textId="77777777" w:rsidR="00500F7B" w:rsidRDefault="00500F7B" w:rsidP="002B098E">
      <w:pPr>
        <w:spacing w:after="0" w:line="240" w:lineRule="auto"/>
        <w:ind w:firstLine="0"/>
        <w:rPr>
          <w:lang w:val="pt-BR"/>
        </w:rPr>
      </w:pPr>
    </w:p>
    <w:p w14:paraId="19680AAE" w14:textId="77777777" w:rsidR="00500F7B" w:rsidRDefault="00500F7B" w:rsidP="002B098E">
      <w:pPr>
        <w:spacing w:after="0" w:line="240" w:lineRule="auto"/>
        <w:ind w:firstLine="0"/>
        <w:rPr>
          <w:lang w:val="pt-BR"/>
        </w:rPr>
      </w:pPr>
    </w:p>
    <w:p w14:paraId="74B836D1" w14:textId="77777777" w:rsidR="00500F7B" w:rsidRDefault="00500F7B" w:rsidP="002B098E">
      <w:pPr>
        <w:spacing w:after="0" w:line="240" w:lineRule="auto"/>
        <w:ind w:firstLine="0"/>
        <w:rPr>
          <w:lang w:val="pt-BR"/>
        </w:rPr>
      </w:pPr>
    </w:p>
    <w:p w14:paraId="7E886DC5" w14:textId="77777777" w:rsidR="00500F7B" w:rsidRPr="002B098E" w:rsidRDefault="00500F7B" w:rsidP="002B098E">
      <w:pPr>
        <w:spacing w:after="0" w:line="240" w:lineRule="auto"/>
        <w:ind w:firstLine="0"/>
        <w:rPr>
          <w:lang w:val="pt-BR"/>
        </w:rPr>
      </w:pPr>
    </w:p>
    <w:p w14:paraId="7A4A29AA" w14:textId="77777777" w:rsidR="0039700B" w:rsidRPr="002B098E" w:rsidRDefault="0039700B" w:rsidP="002B098E">
      <w:pPr>
        <w:spacing w:after="0" w:line="240" w:lineRule="auto"/>
        <w:ind w:firstLine="0"/>
        <w:rPr>
          <w:lang w:val="pt-BR"/>
        </w:rPr>
      </w:pPr>
    </w:p>
    <w:p w14:paraId="0A2D50E1" w14:textId="77777777" w:rsidR="0039700B" w:rsidRPr="002B098E" w:rsidRDefault="0039700B">
      <w:pPr>
        <w:spacing w:after="0"/>
        <w:ind w:firstLine="0"/>
        <w:rPr>
          <w:lang w:val="pt-BR"/>
        </w:rPr>
      </w:pPr>
    </w:p>
    <w:p w14:paraId="2542792F" w14:textId="77777777" w:rsidR="00500F7B" w:rsidRDefault="00500F7B">
      <w:pPr>
        <w:spacing w:after="0" w:line="240" w:lineRule="auto"/>
        <w:ind w:firstLine="0"/>
        <w:jc w:val="center"/>
        <w:rPr>
          <w:lang w:val="pt-BR"/>
        </w:rPr>
      </w:pPr>
    </w:p>
    <w:p w14:paraId="7D71FE16" w14:textId="77777777" w:rsidR="00500F7B" w:rsidRDefault="00500F7B">
      <w:pPr>
        <w:spacing w:after="0" w:line="240" w:lineRule="auto"/>
        <w:ind w:firstLine="0"/>
        <w:jc w:val="center"/>
        <w:rPr>
          <w:lang w:val="pt-BR"/>
        </w:rPr>
      </w:pPr>
    </w:p>
    <w:p w14:paraId="03B057E2" w14:textId="77777777" w:rsidR="00500F7B" w:rsidRDefault="00500F7B">
      <w:pPr>
        <w:spacing w:after="0" w:line="240" w:lineRule="auto"/>
        <w:ind w:firstLine="0"/>
        <w:jc w:val="center"/>
        <w:rPr>
          <w:lang w:val="pt-BR"/>
        </w:rPr>
      </w:pPr>
    </w:p>
    <w:p w14:paraId="60437DF7" w14:textId="77777777" w:rsidR="00500F7B" w:rsidRDefault="00500F7B">
      <w:pPr>
        <w:spacing w:after="0" w:line="240" w:lineRule="auto"/>
        <w:ind w:firstLine="0"/>
        <w:jc w:val="center"/>
        <w:rPr>
          <w:lang w:val="pt-BR"/>
        </w:rPr>
      </w:pPr>
    </w:p>
    <w:p w14:paraId="122E145B" w14:textId="77777777" w:rsidR="00500F7B" w:rsidRDefault="00500F7B">
      <w:pPr>
        <w:spacing w:after="0" w:line="240" w:lineRule="auto"/>
        <w:ind w:firstLine="0"/>
        <w:jc w:val="center"/>
        <w:rPr>
          <w:lang w:val="pt-BR"/>
        </w:rPr>
      </w:pPr>
    </w:p>
    <w:p w14:paraId="143A2201" w14:textId="77777777" w:rsidR="00500F7B" w:rsidRDefault="00500F7B">
      <w:pPr>
        <w:spacing w:after="0" w:line="240" w:lineRule="auto"/>
        <w:ind w:firstLine="0"/>
        <w:jc w:val="center"/>
        <w:rPr>
          <w:lang w:val="pt-BR"/>
        </w:rPr>
      </w:pPr>
    </w:p>
    <w:p w14:paraId="3207B4ED" w14:textId="0CCFA002" w:rsidR="00500F7B" w:rsidRDefault="00000000">
      <w:pPr>
        <w:spacing w:after="0" w:line="240" w:lineRule="auto"/>
        <w:ind w:firstLine="0"/>
        <w:jc w:val="center"/>
        <w:rPr>
          <w:lang w:val="pt-BR"/>
        </w:rPr>
      </w:pPr>
      <w:r w:rsidRPr="002B098E">
        <w:rPr>
          <w:lang w:val="pt-BR"/>
        </w:rPr>
        <w:t>Campo Grande –</w:t>
      </w:r>
    </w:p>
    <w:p w14:paraId="57B3AF4E" w14:textId="11F9AA52" w:rsidR="0039700B" w:rsidRPr="002B098E" w:rsidRDefault="00000000">
      <w:pPr>
        <w:spacing w:after="0" w:line="240" w:lineRule="auto"/>
        <w:ind w:firstLine="0"/>
        <w:jc w:val="center"/>
        <w:rPr>
          <w:lang w:val="pt-BR"/>
        </w:rPr>
      </w:pPr>
      <w:r w:rsidRPr="002B098E">
        <w:rPr>
          <w:lang w:val="pt-BR"/>
        </w:rPr>
        <w:t xml:space="preserve"> Mato Grosso do Sul</w:t>
      </w:r>
    </w:p>
    <w:p w14:paraId="2EFA3F6A" w14:textId="6A977D23" w:rsidR="0039700B" w:rsidRPr="002B098E" w:rsidRDefault="00000000" w:rsidP="00500F7B">
      <w:pPr>
        <w:spacing w:after="0" w:line="240" w:lineRule="auto"/>
        <w:ind w:firstLine="0"/>
        <w:jc w:val="center"/>
        <w:rPr>
          <w:lang w:val="pt-BR"/>
        </w:rPr>
      </w:pPr>
      <w:r w:rsidRPr="002B098E">
        <w:rPr>
          <w:lang w:val="pt-BR"/>
        </w:rPr>
        <w:t>Mês – Ano de apresentação/defesa</w:t>
      </w:r>
      <w:r w:rsidRPr="002B098E">
        <w:rPr>
          <w:lang w:val="pt-BR"/>
        </w:rPr>
        <w:br w:type="page"/>
      </w:r>
    </w:p>
    <w:p w14:paraId="50A890C3" w14:textId="77777777" w:rsidR="00500F7B" w:rsidRPr="002B098E" w:rsidRDefault="00500F7B" w:rsidP="00500F7B">
      <w:pPr>
        <w:spacing w:after="0" w:line="240" w:lineRule="auto"/>
        <w:ind w:firstLine="0"/>
        <w:jc w:val="center"/>
        <w:rPr>
          <w:lang w:val="pt-BR"/>
        </w:rPr>
      </w:pPr>
      <w:r w:rsidRPr="002B098E">
        <w:rPr>
          <w:b/>
          <w:sz w:val="28"/>
          <w:lang w:val="pt-BR"/>
        </w:rPr>
        <w:lastRenderedPageBreak/>
        <w:t>UNIVERSIDADE CATÓLICA DOM BOSCO</w:t>
      </w:r>
    </w:p>
    <w:p w14:paraId="6DC67C01" w14:textId="77777777" w:rsidR="00500F7B" w:rsidRPr="002B098E" w:rsidRDefault="00500F7B" w:rsidP="00500F7B">
      <w:pPr>
        <w:spacing w:after="0" w:line="240" w:lineRule="auto"/>
        <w:ind w:firstLine="0"/>
        <w:jc w:val="center"/>
        <w:rPr>
          <w:lang w:val="pt-BR"/>
        </w:rPr>
      </w:pPr>
      <w:r w:rsidRPr="002B098E">
        <w:rPr>
          <w:b/>
          <w:sz w:val="28"/>
          <w:lang w:val="pt-BR"/>
        </w:rPr>
        <w:t>PROGRAMA DE PÓS-GRADUAÇÃO STRICTO SENSU EM CIÊNCIAS AMBIENTAIS E SUSTENTABILIDADE AGROPECUÁRIA</w:t>
      </w:r>
    </w:p>
    <w:p w14:paraId="7290132B" w14:textId="77777777" w:rsidR="00500F7B" w:rsidRPr="002B098E" w:rsidRDefault="00500F7B" w:rsidP="00500F7B">
      <w:pPr>
        <w:spacing w:after="0" w:line="240" w:lineRule="auto"/>
        <w:ind w:firstLine="0"/>
        <w:rPr>
          <w:sz w:val="28"/>
          <w:szCs w:val="28"/>
          <w:lang w:val="pt-BR"/>
        </w:rPr>
      </w:pPr>
    </w:p>
    <w:p w14:paraId="1C3C4C8A" w14:textId="77777777" w:rsidR="00500F7B" w:rsidRPr="002B098E" w:rsidRDefault="00500F7B" w:rsidP="00500F7B">
      <w:pPr>
        <w:spacing w:after="0" w:line="240" w:lineRule="auto"/>
        <w:ind w:firstLine="0"/>
        <w:rPr>
          <w:sz w:val="28"/>
          <w:szCs w:val="28"/>
          <w:lang w:val="pt-BR"/>
        </w:rPr>
      </w:pPr>
    </w:p>
    <w:p w14:paraId="5050FD9C" w14:textId="77777777" w:rsidR="00500F7B" w:rsidRPr="002B098E" w:rsidRDefault="00500F7B" w:rsidP="00500F7B">
      <w:pPr>
        <w:spacing w:after="0" w:line="240" w:lineRule="auto"/>
        <w:ind w:firstLine="0"/>
        <w:rPr>
          <w:sz w:val="28"/>
          <w:szCs w:val="28"/>
          <w:lang w:val="pt-BR"/>
        </w:rPr>
      </w:pPr>
    </w:p>
    <w:p w14:paraId="4E1E1B58" w14:textId="77777777" w:rsidR="00500F7B" w:rsidRPr="002B098E" w:rsidRDefault="00500F7B" w:rsidP="00500F7B">
      <w:pPr>
        <w:spacing w:after="0" w:line="240" w:lineRule="auto"/>
        <w:ind w:firstLine="0"/>
        <w:rPr>
          <w:sz w:val="28"/>
          <w:szCs w:val="28"/>
          <w:lang w:val="pt-BR"/>
        </w:rPr>
      </w:pPr>
    </w:p>
    <w:p w14:paraId="740BD85B" w14:textId="77777777" w:rsidR="00500F7B" w:rsidRPr="002B098E" w:rsidRDefault="00500F7B" w:rsidP="00500F7B">
      <w:pPr>
        <w:spacing w:after="0" w:line="240" w:lineRule="auto"/>
        <w:ind w:firstLine="0"/>
        <w:rPr>
          <w:sz w:val="28"/>
          <w:szCs w:val="28"/>
          <w:lang w:val="pt-BR"/>
        </w:rPr>
      </w:pPr>
    </w:p>
    <w:p w14:paraId="05780FA7" w14:textId="77777777" w:rsidR="00500F7B" w:rsidRPr="002B098E" w:rsidRDefault="00500F7B" w:rsidP="00500F7B">
      <w:pPr>
        <w:spacing w:after="0" w:line="240" w:lineRule="auto"/>
        <w:ind w:firstLine="0"/>
        <w:rPr>
          <w:sz w:val="28"/>
          <w:szCs w:val="28"/>
          <w:lang w:val="pt-BR"/>
        </w:rPr>
      </w:pPr>
    </w:p>
    <w:p w14:paraId="69FD1F0E" w14:textId="77777777" w:rsidR="00500F7B" w:rsidRPr="002B098E" w:rsidRDefault="00500F7B" w:rsidP="00500F7B">
      <w:pPr>
        <w:spacing w:after="0" w:line="240" w:lineRule="auto"/>
        <w:ind w:firstLine="0"/>
        <w:rPr>
          <w:sz w:val="28"/>
          <w:szCs w:val="28"/>
          <w:lang w:val="pt-BR"/>
        </w:rPr>
      </w:pPr>
    </w:p>
    <w:p w14:paraId="2E9D4E6E" w14:textId="77777777" w:rsidR="00500F7B" w:rsidRPr="002B098E" w:rsidRDefault="00500F7B" w:rsidP="00500F7B">
      <w:pPr>
        <w:spacing w:after="0" w:line="240" w:lineRule="auto"/>
        <w:ind w:firstLine="0"/>
        <w:rPr>
          <w:sz w:val="28"/>
          <w:szCs w:val="28"/>
          <w:lang w:val="pt-BR"/>
        </w:rPr>
      </w:pPr>
    </w:p>
    <w:p w14:paraId="63D68C7A" w14:textId="77777777" w:rsidR="00500F7B" w:rsidRPr="002B098E" w:rsidRDefault="00500F7B" w:rsidP="00500F7B">
      <w:pPr>
        <w:spacing w:after="0" w:line="240" w:lineRule="auto"/>
        <w:ind w:firstLine="0"/>
        <w:rPr>
          <w:sz w:val="28"/>
          <w:szCs w:val="28"/>
          <w:lang w:val="pt-BR"/>
        </w:rPr>
      </w:pPr>
    </w:p>
    <w:p w14:paraId="38D81F34" w14:textId="77777777" w:rsidR="00500F7B" w:rsidRPr="002B098E" w:rsidRDefault="00500F7B" w:rsidP="00500F7B">
      <w:pPr>
        <w:spacing w:after="0" w:line="240" w:lineRule="auto"/>
        <w:ind w:firstLine="0"/>
        <w:rPr>
          <w:sz w:val="28"/>
          <w:szCs w:val="28"/>
          <w:lang w:val="pt-BR"/>
        </w:rPr>
      </w:pPr>
    </w:p>
    <w:p w14:paraId="5631E388" w14:textId="77777777" w:rsidR="00500F7B" w:rsidRPr="002B098E" w:rsidRDefault="00500F7B" w:rsidP="00500F7B">
      <w:pPr>
        <w:spacing w:after="0" w:line="240" w:lineRule="auto"/>
        <w:ind w:firstLine="0"/>
        <w:jc w:val="center"/>
        <w:rPr>
          <w:lang w:val="pt-BR"/>
        </w:rPr>
      </w:pPr>
      <w:r w:rsidRPr="002B098E">
        <w:rPr>
          <w:b/>
          <w:sz w:val="32"/>
          <w:lang w:val="pt-BR"/>
        </w:rPr>
        <w:t>Título Do Dissertação/Tese</w:t>
      </w:r>
    </w:p>
    <w:p w14:paraId="52F2C9D9" w14:textId="77777777" w:rsidR="00500F7B" w:rsidRPr="002B098E" w:rsidRDefault="00500F7B" w:rsidP="00500F7B">
      <w:pPr>
        <w:spacing w:after="0" w:line="240" w:lineRule="auto"/>
        <w:ind w:firstLine="0"/>
        <w:rPr>
          <w:sz w:val="28"/>
          <w:szCs w:val="24"/>
          <w:lang w:val="pt-BR"/>
        </w:rPr>
      </w:pPr>
    </w:p>
    <w:p w14:paraId="473663D2" w14:textId="77777777" w:rsidR="00500F7B" w:rsidRPr="002B098E" w:rsidRDefault="00500F7B" w:rsidP="00500F7B">
      <w:pPr>
        <w:spacing w:after="0" w:line="240" w:lineRule="auto"/>
        <w:ind w:firstLine="0"/>
        <w:rPr>
          <w:sz w:val="28"/>
          <w:szCs w:val="24"/>
          <w:lang w:val="pt-BR"/>
        </w:rPr>
      </w:pPr>
    </w:p>
    <w:p w14:paraId="0CA04EE7" w14:textId="77777777" w:rsidR="00500F7B" w:rsidRPr="002B098E" w:rsidRDefault="00500F7B" w:rsidP="00500F7B">
      <w:pPr>
        <w:spacing w:after="0" w:line="240" w:lineRule="auto"/>
        <w:ind w:firstLine="0"/>
        <w:rPr>
          <w:sz w:val="28"/>
          <w:szCs w:val="24"/>
          <w:lang w:val="pt-BR"/>
        </w:rPr>
      </w:pPr>
    </w:p>
    <w:p w14:paraId="7CFF9EB3" w14:textId="77777777" w:rsidR="00500F7B" w:rsidRPr="002B098E" w:rsidRDefault="00500F7B" w:rsidP="00500F7B">
      <w:pPr>
        <w:spacing w:after="0" w:line="240" w:lineRule="auto"/>
        <w:ind w:firstLine="0"/>
        <w:rPr>
          <w:sz w:val="28"/>
          <w:szCs w:val="24"/>
          <w:lang w:val="pt-BR"/>
        </w:rPr>
      </w:pPr>
    </w:p>
    <w:p w14:paraId="75782E5D" w14:textId="77777777" w:rsidR="00500F7B" w:rsidRPr="002B098E" w:rsidRDefault="00500F7B" w:rsidP="00500F7B">
      <w:pPr>
        <w:spacing w:after="0" w:line="240" w:lineRule="auto"/>
        <w:ind w:firstLine="0"/>
        <w:rPr>
          <w:sz w:val="28"/>
          <w:szCs w:val="24"/>
          <w:lang w:val="pt-BR"/>
        </w:rPr>
      </w:pPr>
    </w:p>
    <w:p w14:paraId="1E9790DC" w14:textId="77777777" w:rsidR="00500F7B" w:rsidRPr="002B098E" w:rsidRDefault="00500F7B" w:rsidP="00500F7B">
      <w:pPr>
        <w:spacing w:after="0" w:line="240" w:lineRule="auto"/>
        <w:ind w:firstLine="0"/>
        <w:jc w:val="right"/>
        <w:rPr>
          <w:lang w:val="pt-BR"/>
        </w:rPr>
      </w:pPr>
      <w:r w:rsidRPr="002B098E">
        <w:rPr>
          <w:sz w:val="28"/>
          <w:lang w:val="pt-BR"/>
        </w:rPr>
        <w:t>Autor(a): Nome Completo do Aluno</w:t>
      </w:r>
    </w:p>
    <w:p w14:paraId="379D1121" w14:textId="77777777" w:rsidR="00500F7B" w:rsidRPr="002B098E" w:rsidRDefault="00500F7B" w:rsidP="00500F7B">
      <w:pPr>
        <w:spacing w:after="0" w:line="240" w:lineRule="auto"/>
        <w:ind w:firstLine="0"/>
        <w:jc w:val="right"/>
        <w:rPr>
          <w:lang w:val="pt-BR"/>
        </w:rPr>
      </w:pPr>
      <w:r w:rsidRPr="002B098E">
        <w:rPr>
          <w:sz w:val="28"/>
          <w:lang w:val="pt-BR"/>
        </w:rPr>
        <w:t xml:space="preserve">Orientador(a): </w:t>
      </w:r>
      <w:proofErr w:type="spellStart"/>
      <w:r w:rsidRPr="002B098E">
        <w:rPr>
          <w:sz w:val="28"/>
          <w:lang w:val="pt-BR"/>
        </w:rPr>
        <w:t>Prof</w:t>
      </w:r>
      <w:proofErr w:type="spellEnd"/>
      <w:r w:rsidRPr="002B098E">
        <w:rPr>
          <w:sz w:val="28"/>
          <w:lang w:val="pt-BR"/>
        </w:rPr>
        <w:t xml:space="preserve">(a). </w:t>
      </w:r>
      <w:proofErr w:type="spellStart"/>
      <w:r w:rsidRPr="002B098E">
        <w:rPr>
          <w:sz w:val="28"/>
          <w:lang w:val="pt-BR"/>
        </w:rPr>
        <w:t>Dr</w:t>
      </w:r>
      <w:proofErr w:type="spellEnd"/>
      <w:r w:rsidRPr="002B098E">
        <w:rPr>
          <w:sz w:val="28"/>
          <w:lang w:val="pt-BR"/>
        </w:rPr>
        <w:t>(a). Nome Completo</w:t>
      </w:r>
    </w:p>
    <w:p w14:paraId="1FA6E439" w14:textId="77777777" w:rsidR="00500F7B" w:rsidRPr="002B098E" w:rsidRDefault="00500F7B" w:rsidP="00500F7B">
      <w:pPr>
        <w:spacing w:after="0" w:line="240" w:lineRule="auto"/>
        <w:ind w:firstLine="0"/>
        <w:jc w:val="right"/>
        <w:rPr>
          <w:lang w:val="pt-BR"/>
        </w:rPr>
      </w:pPr>
      <w:r w:rsidRPr="002B098E">
        <w:rPr>
          <w:sz w:val="28"/>
          <w:lang w:val="pt-BR"/>
        </w:rPr>
        <w:t xml:space="preserve">Coorientador(a): </w:t>
      </w:r>
      <w:proofErr w:type="spellStart"/>
      <w:r w:rsidRPr="002B098E">
        <w:rPr>
          <w:sz w:val="28"/>
          <w:lang w:val="pt-BR"/>
        </w:rPr>
        <w:t>Prof</w:t>
      </w:r>
      <w:proofErr w:type="spellEnd"/>
      <w:r w:rsidRPr="002B098E">
        <w:rPr>
          <w:sz w:val="28"/>
          <w:lang w:val="pt-BR"/>
        </w:rPr>
        <w:t xml:space="preserve">(a). </w:t>
      </w:r>
      <w:proofErr w:type="spellStart"/>
      <w:r w:rsidRPr="002B098E">
        <w:rPr>
          <w:sz w:val="28"/>
          <w:lang w:val="pt-BR"/>
        </w:rPr>
        <w:t>Dr</w:t>
      </w:r>
      <w:proofErr w:type="spellEnd"/>
      <w:r w:rsidRPr="002B098E">
        <w:rPr>
          <w:sz w:val="28"/>
          <w:lang w:val="pt-BR"/>
        </w:rPr>
        <w:t>(a). Nome Completo (se houver)</w:t>
      </w:r>
    </w:p>
    <w:p w14:paraId="608E3240" w14:textId="77777777" w:rsidR="00500F7B" w:rsidRDefault="00500F7B" w:rsidP="00500F7B">
      <w:pPr>
        <w:spacing w:after="0" w:line="240" w:lineRule="auto"/>
        <w:ind w:firstLine="0"/>
        <w:rPr>
          <w:lang w:val="pt-BR"/>
        </w:rPr>
      </w:pPr>
    </w:p>
    <w:p w14:paraId="4A2AAF65" w14:textId="77777777" w:rsidR="00500F7B" w:rsidRPr="002B098E" w:rsidRDefault="00500F7B" w:rsidP="00500F7B">
      <w:pPr>
        <w:spacing w:after="0" w:line="240" w:lineRule="auto"/>
        <w:ind w:firstLine="0"/>
        <w:rPr>
          <w:lang w:val="pt-BR"/>
        </w:rPr>
      </w:pPr>
    </w:p>
    <w:p w14:paraId="62978FFA" w14:textId="77777777" w:rsidR="00500F7B" w:rsidRPr="002B098E" w:rsidRDefault="00500F7B" w:rsidP="00500F7B">
      <w:pPr>
        <w:spacing w:after="0" w:line="240" w:lineRule="auto"/>
        <w:ind w:firstLine="0"/>
        <w:rPr>
          <w:lang w:val="pt-BR"/>
        </w:rPr>
      </w:pPr>
    </w:p>
    <w:p w14:paraId="6B7B654D" w14:textId="77777777" w:rsidR="00500F7B" w:rsidRPr="002B098E" w:rsidRDefault="00500F7B" w:rsidP="00500F7B">
      <w:pPr>
        <w:spacing w:after="0" w:line="240" w:lineRule="auto"/>
        <w:ind w:firstLine="0"/>
        <w:rPr>
          <w:lang w:val="pt-BR"/>
        </w:rPr>
      </w:pPr>
    </w:p>
    <w:p w14:paraId="77EA21FF" w14:textId="77777777" w:rsidR="00500F7B" w:rsidRPr="002B098E" w:rsidRDefault="00500F7B" w:rsidP="00500F7B">
      <w:pPr>
        <w:spacing w:after="0"/>
        <w:ind w:firstLine="0"/>
        <w:rPr>
          <w:lang w:val="pt-BR"/>
        </w:rPr>
      </w:pPr>
    </w:p>
    <w:p w14:paraId="6C272A8C" w14:textId="77777777" w:rsidR="00500F7B" w:rsidRPr="002B098E" w:rsidRDefault="00500F7B" w:rsidP="00500F7B">
      <w:pPr>
        <w:spacing w:after="0" w:line="240" w:lineRule="auto"/>
        <w:ind w:left="3402" w:firstLine="0"/>
        <w:rPr>
          <w:lang w:val="pt-BR"/>
        </w:rPr>
      </w:pPr>
      <w:r w:rsidRPr="002B098E">
        <w:rPr>
          <w:lang w:val="pt-BR"/>
        </w:rPr>
        <w:t>"Dissertação/Tese apresentada, como parte das exigências para obtenção do título de MESTRE/DOUTOR EM CIÊNCIAS AMBIENTAIS E SUSTENTABILIDADE AGROPECUÁRIA, no Programa de Pós-Graduação Stricto Sensu em Ciências Ambientais e Sustentabilidade Agropecuária da Universidade Católica Dom Bosco - Área de concentração: “Sustentabilidade Ambiental e Produtiva” Aplicada ao “Agronegócio e Produção Sustentável” ou “Saúde, Ambiente e Sustentabilidade”</w:t>
      </w:r>
    </w:p>
    <w:p w14:paraId="359820E4" w14:textId="77777777" w:rsidR="00500F7B" w:rsidRPr="002B098E" w:rsidRDefault="00500F7B" w:rsidP="00500F7B">
      <w:pPr>
        <w:spacing w:after="0"/>
        <w:ind w:firstLine="0"/>
        <w:rPr>
          <w:lang w:val="pt-BR"/>
        </w:rPr>
      </w:pPr>
    </w:p>
    <w:p w14:paraId="28329130" w14:textId="77777777" w:rsidR="00500F7B" w:rsidRDefault="00500F7B" w:rsidP="00500F7B">
      <w:pPr>
        <w:spacing w:after="0" w:line="240" w:lineRule="auto"/>
        <w:ind w:firstLine="0"/>
        <w:jc w:val="center"/>
        <w:rPr>
          <w:lang w:val="pt-BR"/>
        </w:rPr>
      </w:pPr>
      <w:r w:rsidRPr="002B098E">
        <w:rPr>
          <w:lang w:val="pt-BR"/>
        </w:rPr>
        <w:t>Campo Grande –</w:t>
      </w:r>
    </w:p>
    <w:p w14:paraId="033868F8" w14:textId="77777777" w:rsidR="00500F7B" w:rsidRDefault="00500F7B" w:rsidP="00500F7B">
      <w:pPr>
        <w:spacing w:after="0" w:line="240" w:lineRule="auto"/>
        <w:ind w:firstLine="0"/>
        <w:jc w:val="center"/>
        <w:rPr>
          <w:lang w:val="pt-BR"/>
        </w:rPr>
      </w:pPr>
      <w:r w:rsidRPr="002B098E">
        <w:rPr>
          <w:lang w:val="pt-BR"/>
        </w:rPr>
        <w:t xml:space="preserve"> Mato Grosso do Sul</w:t>
      </w:r>
    </w:p>
    <w:p w14:paraId="133F9639" w14:textId="7FDE037A" w:rsidR="00500F7B" w:rsidRDefault="00500F7B" w:rsidP="00500F7B">
      <w:pPr>
        <w:spacing w:after="0" w:line="240" w:lineRule="auto"/>
        <w:ind w:firstLine="0"/>
        <w:jc w:val="center"/>
        <w:rPr>
          <w:lang w:val="pt-BR"/>
        </w:rPr>
        <w:sectPr w:rsidR="00500F7B" w:rsidSect="00034616">
          <w:pgSz w:w="12240" w:h="15840"/>
          <w:pgMar w:top="1701" w:right="1134" w:bottom="1134" w:left="1701" w:header="720" w:footer="720" w:gutter="0"/>
          <w:cols w:space="720"/>
          <w:docGrid w:linePitch="360"/>
        </w:sectPr>
      </w:pPr>
      <w:r w:rsidRPr="002B098E">
        <w:rPr>
          <w:lang w:val="pt-BR"/>
        </w:rPr>
        <w:t>Mês – Ano de apresentação/defesa</w:t>
      </w:r>
    </w:p>
    <w:p w14:paraId="515F948E" w14:textId="7C3B8A8F" w:rsidR="0039700B" w:rsidRPr="002B098E" w:rsidRDefault="00000000" w:rsidP="00500F7B">
      <w:pPr>
        <w:pStyle w:val="Ttulo1"/>
        <w:spacing w:line="240" w:lineRule="auto"/>
        <w:ind w:firstLine="0"/>
        <w:rPr>
          <w:color w:val="000000" w:themeColor="text1"/>
          <w:lang w:val="pt-BR"/>
        </w:rPr>
      </w:pPr>
      <w:r w:rsidRPr="002B098E">
        <w:rPr>
          <w:rFonts w:ascii="Arial" w:hAnsi="Arial"/>
          <w:color w:val="000000" w:themeColor="text1"/>
          <w:lang w:val="pt-BR"/>
        </w:rPr>
        <w:lastRenderedPageBreak/>
        <w:t>FICHA CATALOGRÁFICA</w:t>
      </w:r>
    </w:p>
    <w:p w14:paraId="5AD2FDA0" w14:textId="77777777" w:rsidR="0039700B" w:rsidRPr="002B098E" w:rsidRDefault="0039700B">
      <w:pPr>
        <w:spacing w:after="0"/>
        <w:ind w:firstLine="0"/>
        <w:rPr>
          <w:lang w:val="pt-BR"/>
        </w:rPr>
      </w:pPr>
    </w:p>
    <w:p w14:paraId="6B58CE7F" w14:textId="77777777" w:rsidR="0039700B" w:rsidRPr="002B098E" w:rsidRDefault="0039700B">
      <w:pPr>
        <w:spacing w:after="0"/>
        <w:ind w:firstLine="0"/>
        <w:rPr>
          <w:lang w:val="pt-BR"/>
        </w:rPr>
      </w:pPr>
    </w:p>
    <w:p w14:paraId="48F6C324" w14:textId="77777777" w:rsidR="0039700B" w:rsidRPr="002B098E" w:rsidRDefault="00000000">
      <w:pPr>
        <w:spacing w:after="120"/>
        <w:ind w:firstLine="0"/>
        <w:rPr>
          <w:lang w:val="pt-BR"/>
        </w:rPr>
      </w:pPr>
      <w:r w:rsidRPr="002B098E">
        <w:rPr>
          <w:lang w:val="pt-BR"/>
        </w:rPr>
        <w:t>Inserir aqui a ficha catalográfica emitida pela biblioteca responsável, em conformidade com os procedimentos institucionais vigentes.</w:t>
      </w:r>
    </w:p>
    <w:p w14:paraId="3DA91039" w14:textId="77777777" w:rsidR="0039700B" w:rsidRPr="002B098E" w:rsidRDefault="00000000">
      <w:pPr>
        <w:rPr>
          <w:lang w:val="pt-BR"/>
        </w:rPr>
      </w:pPr>
      <w:r w:rsidRPr="002B098E">
        <w:rPr>
          <w:lang w:val="pt-BR"/>
        </w:rPr>
        <w:br w:type="page"/>
      </w:r>
    </w:p>
    <w:p w14:paraId="19E033E0" w14:textId="77777777" w:rsidR="0039700B" w:rsidRPr="002B098E" w:rsidRDefault="00000000">
      <w:pPr>
        <w:pStyle w:val="Ttulo1"/>
        <w:spacing w:line="240" w:lineRule="auto"/>
        <w:ind w:firstLine="0"/>
        <w:rPr>
          <w:color w:val="000000" w:themeColor="text1"/>
          <w:lang w:val="pt-BR"/>
        </w:rPr>
      </w:pPr>
      <w:r w:rsidRPr="002B098E">
        <w:rPr>
          <w:rFonts w:ascii="Arial" w:hAnsi="Arial"/>
          <w:color w:val="000000" w:themeColor="text1"/>
          <w:lang w:val="pt-BR"/>
        </w:rPr>
        <w:lastRenderedPageBreak/>
        <w:t>FOLHA DE APROVAÇÃO</w:t>
      </w:r>
    </w:p>
    <w:p w14:paraId="4932D1B2" w14:textId="77777777" w:rsidR="0039700B" w:rsidRPr="002B098E" w:rsidRDefault="0039700B">
      <w:pPr>
        <w:spacing w:after="0"/>
        <w:ind w:firstLine="0"/>
        <w:rPr>
          <w:lang w:val="pt-BR"/>
        </w:rPr>
      </w:pPr>
    </w:p>
    <w:p w14:paraId="3DA371C8" w14:textId="77777777" w:rsidR="0039700B" w:rsidRPr="002B098E" w:rsidRDefault="0039700B">
      <w:pPr>
        <w:spacing w:after="0"/>
        <w:ind w:firstLine="0"/>
        <w:rPr>
          <w:lang w:val="pt-BR"/>
        </w:rPr>
      </w:pPr>
    </w:p>
    <w:p w14:paraId="4250D083" w14:textId="77777777" w:rsidR="0039700B" w:rsidRPr="002B098E" w:rsidRDefault="00000000">
      <w:pPr>
        <w:spacing w:after="120"/>
        <w:ind w:firstLine="0"/>
        <w:rPr>
          <w:lang w:val="pt-BR"/>
        </w:rPr>
      </w:pPr>
      <w:r w:rsidRPr="002B098E">
        <w:rPr>
          <w:lang w:val="pt-BR"/>
        </w:rPr>
        <w:t>Inserir aqui a folha de aprovação emitida pela secretaria do Programa, assinada pela banca examinadora e incorporada à versão definitiva do trabalho.</w:t>
      </w:r>
    </w:p>
    <w:p w14:paraId="315BF6AD" w14:textId="77777777" w:rsidR="0039700B" w:rsidRPr="002B098E" w:rsidRDefault="00000000">
      <w:pPr>
        <w:rPr>
          <w:lang w:val="pt-BR"/>
        </w:rPr>
      </w:pPr>
      <w:r w:rsidRPr="002B098E">
        <w:rPr>
          <w:lang w:val="pt-BR"/>
        </w:rPr>
        <w:br w:type="page"/>
      </w:r>
    </w:p>
    <w:p w14:paraId="3A113682" w14:textId="77777777" w:rsidR="002B098E" w:rsidRDefault="002B098E" w:rsidP="002B098E">
      <w:pPr>
        <w:spacing w:after="0" w:line="240" w:lineRule="auto"/>
        <w:ind w:firstLine="0"/>
        <w:jc w:val="center"/>
        <w:rPr>
          <w:rFonts w:cs="Arial"/>
          <w:bCs/>
          <w:iCs/>
          <w:lang w:val="pt-BR"/>
        </w:rPr>
      </w:pPr>
    </w:p>
    <w:p w14:paraId="5A5A5300" w14:textId="77777777" w:rsidR="002B098E" w:rsidRDefault="002B098E" w:rsidP="002B098E">
      <w:pPr>
        <w:spacing w:after="0" w:line="240" w:lineRule="auto"/>
        <w:ind w:firstLine="0"/>
        <w:jc w:val="center"/>
        <w:rPr>
          <w:rFonts w:cs="Arial"/>
          <w:bCs/>
          <w:iCs/>
          <w:lang w:val="pt-BR"/>
        </w:rPr>
      </w:pPr>
    </w:p>
    <w:p w14:paraId="65317EE9" w14:textId="77777777" w:rsidR="002B098E" w:rsidRDefault="002B098E" w:rsidP="002B098E">
      <w:pPr>
        <w:spacing w:after="0" w:line="240" w:lineRule="auto"/>
        <w:ind w:firstLine="0"/>
        <w:jc w:val="center"/>
        <w:rPr>
          <w:rFonts w:cs="Arial"/>
          <w:bCs/>
          <w:iCs/>
          <w:lang w:val="pt-BR"/>
        </w:rPr>
      </w:pPr>
    </w:p>
    <w:p w14:paraId="17FF88D6" w14:textId="77777777" w:rsidR="002B098E" w:rsidRDefault="002B098E" w:rsidP="002B098E">
      <w:pPr>
        <w:spacing w:after="0" w:line="240" w:lineRule="auto"/>
        <w:ind w:firstLine="0"/>
        <w:jc w:val="center"/>
        <w:rPr>
          <w:rFonts w:cs="Arial"/>
          <w:bCs/>
          <w:iCs/>
          <w:lang w:val="pt-BR"/>
        </w:rPr>
      </w:pPr>
    </w:p>
    <w:p w14:paraId="162D9431" w14:textId="77777777" w:rsidR="002B098E" w:rsidRDefault="002B098E" w:rsidP="002B098E">
      <w:pPr>
        <w:spacing w:after="0" w:line="240" w:lineRule="auto"/>
        <w:ind w:firstLine="0"/>
        <w:jc w:val="center"/>
        <w:rPr>
          <w:rFonts w:cs="Arial"/>
          <w:bCs/>
          <w:iCs/>
          <w:lang w:val="pt-BR"/>
        </w:rPr>
      </w:pPr>
    </w:p>
    <w:p w14:paraId="416667DC" w14:textId="43EEC53B" w:rsidR="002B098E" w:rsidRPr="002B098E" w:rsidRDefault="002B098E" w:rsidP="002B098E">
      <w:pPr>
        <w:spacing w:after="0" w:line="240" w:lineRule="auto"/>
        <w:ind w:firstLine="0"/>
        <w:jc w:val="center"/>
        <w:rPr>
          <w:sz w:val="28"/>
          <w:szCs w:val="24"/>
          <w:lang w:val="pt-BR"/>
        </w:rPr>
      </w:pPr>
      <w:r>
        <w:rPr>
          <w:rFonts w:cs="Arial"/>
          <w:bCs/>
          <w:iCs/>
          <w:lang w:val="pt-BR"/>
        </w:rPr>
        <w:t>EPÍGRAFE</w:t>
      </w:r>
    </w:p>
    <w:p w14:paraId="5562469D" w14:textId="77777777" w:rsidR="002B098E" w:rsidRDefault="002B098E" w:rsidP="002B098E">
      <w:pPr>
        <w:spacing w:after="0" w:line="240" w:lineRule="auto"/>
        <w:ind w:firstLine="0"/>
        <w:rPr>
          <w:lang w:val="pt-BR"/>
        </w:rPr>
      </w:pPr>
    </w:p>
    <w:p w14:paraId="68B25595" w14:textId="77777777" w:rsidR="002B098E" w:rsidRPr="002B098E" w:rsidRDefault="002B098E" w:rsidP="002B098E">
      <w:pPr>
        <w:spacing w:after="0" w:line="240" w:lineRule="auto"/>
        <w:ind w:firstLine="0"/>
        <w:rPr>
          <w:lang w:val="pt-BR"/>
        </w:rPr>
      </w:pPr>
    </w:p>
    <w:p w14:paraId="363BE880" w14:textId="77777777" w:rsidR="002B098E" w:rsidRPr="002B098E" w:rsidRDefault="002B098E" w:rsidP="002B098E">
      <w:pPr>
        <w:spacing w:after="0" w:line="240" w:lineRule="auto"/>
        <w:ind w:firstLine="0"/>
        <w:rPr>
          <w:lang w:val="pt-BR"/>
        </w:rPr>
      </w:pPr>
    </w:p>
    <w:p w14:paraId="33534CD2" w14:textId="6F48067C" w:rsidR="002B098E" w:rsidRPr="002B098E" w:rsidRDefault="002B098E" w:rsidP="002B098E">
      <w:pPr>
        <w:spacing w:after="120"/>
        <w:ind w:firstLine="0"/>
        <w:rPr>
          <w:lang w:val="pt-BR"/>
        </w:rPr>
      </w:pPr>
      <w:r w:rsidRPr="002B098E">
        <w:rPr>
          <w:lang w:val="pt-BR"/>
        </w:rPr>
        <w:t xml:space="preserve">Folha opcional destinada à </w:t>
      </w:r>
      <w:r>
        <w:rPr>
          <w:lang w:val="pt-BR"/>
        </w:rPr>
        <w:t>epígrafe</w:t>
      </w:r>
      <w:r w:rsidRPr="002B098E">
        <w:rPr>
          <w:lang w:val="pt-BR"/>
        </w:rPr>
        <w:t xml:space="preserve"> do trabalho.</w:t>
      </w:r>
    </w:p>
    <w:p w14:paraId="1DB6D15C" w14:textId="77777777" w:rsidR="002B098E" w:rsidRDefault="002B098E">
      <w:pPr>
        <w:pStyle w:val="Ttulo1"/>
        <w:spacing w:line="240" w:lineRule="auto"/>
        <w:ind w:firstLine="0"/>
        <w:rPr>
          <w:rFonts w:ascii="Arial" w:hAnsi="Arial"/>
          <w:color w:val="000000" w:themeColor="text1"/>
          <w:lang w:val="pt-BR"/>
        </w:rPr>
        <w:sectPr w:rsidR="002B098E" w:rsidSect="00034616">
          <w:pgSz w:w="12240" w:h="15840"/>
          <w:pgMar w:top="1701" w:right="1134" w:bottom="1134" w:left="1701" w:header="720" w:footer="720" w:gutter="0"/>
          <w:cols w:space="720"/>
          <w:docGrid w:linePitch="360"/>
        </w:sectPr>
      </w:pPr>
    </w:p>
    <w:p w14:paraId="78DDEE0D" w14:textId="77777777" w:rsidR="002B098E" w:rsidRDefault="002B098E" w:rsidP="002B098E">
      <w:pPr>
        <w:spacing w:after="0" w:line="240" w:lineRule="auto"/>
        <w:ind w:firstLine="0"/>
        <w:jc w:val="center"/>
        <w:rPr>
          <w:rFonts w:cs="Arial"/>
          <w:bCs/>
          <w:iCs/>
          <w:lang w:val="pt-BR"/>
        </w:rPr>
      </w:pPr>
    </w:p>
    <w:p w14:paraId="75026CD1" w14:textId="77777777" w:rsidR="002B098E" w:rsidRDefault="002B098E" w:rsidP="002B098E">
      <w:pPr>
        <w:spacing w:after="0" w:line="240" w:lineRule="auto"/>
        <w:ind w:firstLine="0"/>
        <w:jc w:val="center"/>
        <w:rPr>
          <w:rFonts w:cs="Arial"/>
          <w:bCs/>
          <w:iCs/>
          <w:lang w:val="pt-BR"/>
        </w:rPr>
      </w:pPr>
    </w:p>
    <w:p w14:paraId="7915971E" w14:textId="77777777" w:rsidR="002B098E" w:rsidRDefault="002B098E" w:rsidP="002B098E">
      <w:pPr>
        <w:spacing w:after="0" w:line="240" w:lineRule="auto"/>
        <w:ind w:firstLine="0"/>
        <w:jc w:val="center"/>
        <w:rPr>
          <w:rFonts w:cs="Arial"/>
          <w:bCs/>
          <w:iCs/>
          <w:lang w:val="pt-BR"/>
        </w:rPr>
      </w:pPr>
    </w:p>
    <w:p w14:paraId="625E13DD" w14:textId="77777777" w:rsidR="002B098E" w:rsidRDefault="002B098E" w:rsidP="002B098E">
      <w:pPr>
        <w:spacing w:after="0" w:line="240" w:lineRule="auto"/>
        <w:ind w:firstLine="0"/>
        <w:jc w:val="center"/>
        <w:rPr>
          <w:rFonts w:cs="Arial"/>
          <w:bCs/>
          <w:iCs/>
          <w:lang w:val="pt-BR"/>
        </w:rPr>
      </w:pPr>
    </w:p>
    <w:p w14:paraId="4C534A37" w14:textId="77777777" w:rsidR="002B098E" w:rsidRDefault="002B098E" w:rsidP="002B098E">
      <w:pPr>
        <w:spacing w:after="0" w:line="240" w:lineRule="auto"/>
        <w:ind w:firstLine="0"/>
        <w:jc w:val="center"/>
        <w:rPr>
          <w:rFonts w:cs="Arial"/>
          <w:bCs/>
          <w:iCs/>
          <w:lang w:val="pt-BR"/>
        </w:rPr>
      </w:pPr>
    </w:p>
    <w:p w14:paraId="30131075" w14:textId="0E30B95A" w:rsidR="0039700B" w:rsidRPr="002B098E" w:rsidRDefault="00000000" w:rsidP="002B098E">
      <w:pPr>
        <w:pStyle w:val="Ttulo1"/>
        <w:spacing w:before="0" w:after="0" w:line="240" w:lineRule="auto"/>
        <w:ind w:firstLine="0"/>
        <w:rPr>
          <w:b w:val="0"/>
          <w:bCs w:val="0"/>
          <w:color w:val="000000" w:themeColor="text1"/>
          <w:lang w:val="pt-BR"/>
        </w:rPr>
      </w:pPr>
      <w:r w:rsidRPr="002B098E">
        <w:rPr>
          <w:rFonts w:ascii="Arial" w:hAnsi="Arial"/>
          <w:b w:val="0"/>
          <w:bCs w:val="0"/>
          <w:color w:val="000000" w:themeColor="text1"/>
          <w:lang w:val="pt-BR"/>
        </w:rPr>
        <w:t>DEDICATÓRIA</w:t>
      </w:r>
    </w:p>
    <w:p w14:paraId="161B6404" w14:textId="77777777" w:rsidR="002B098E" w:rsidRDefault="002B098E" w:rsidP="002B098E">
      <w:pPr>
        <w:spacing w:after="0" w:line="240" w:lineRule="auto"/>
        <w:ind w:firstLine="0"/>
        <w:jc w:val="center"/>
        <w:rPr>
          <w:rFonts w:cs="Arial"/>
          <w:bCs/>
          <w:iCs/>
          <w:lang w:val="pt-BR"/>
        </w:rPr>
      </w:pPr>
    </w:p>
    <w:p w14:paraId="33D8A2BA" w14:textId="77777777" w:rsidR="002B098E" w:rsidRDefault="002B098E" w:rsidP="002B098E">
      <w:pPr>
        <w:spacing w:after="0" w:line="240" w:lineRule="auto"/>
        <w:ind w:firstLine="0"/>
        <w:jc w:val="center"/>
        <w:rPr>
          <w:rFonts w:cs="Arial"/>
          <w:bCs/>
          <w:iCs/>
          <w:lang w:val="pt-BR"/>
        </w:rPr>
      </w:pPr>
    </w:p>
    <w:p w14:paraId="18E79908" w14:textId="77777777" w:rsidR="002B098E" w:rsidRDefault="002B098E" w:rsidP="002B098E">
      <w:pPr>
        <w:spacing w:after="0" w:line="240" w:lineRule="auto"/>
        <w:ind w:firstLine="0"/>
        <w:jc w:val="center"/>
        <w:rPr>
          <w:rFonts w:cs="Arial"/>
          <w:bCs/>
          <w:iCs/>
          <w:lang w:val="pt-BR"/>
        </w:rPr>
      </w:pPr>
    </w:p>
    <w:p w14:paraId="114C1E9C" w14:textId="77777777" w:rsidR="0039700B" w:rsidRPr="002B098E" w:rsidRDefault="00000000" w:rsidP="002B098E">
      <w:pPr>
        <w:spacing w:after="120"/>
        <w:ind w:firstLine="0"/>
        <w:rPr>
          <w:lang w:val="pt-BR"/>
        </w:rPr>
      </w:pPr>
      <w:r w:rsidRPr="002B098E">
        <w:rPr>
          <w:lang w:val="pt-BR"/>
        </w:rPr>
        <w:t>Folha opcional destinada à dedicatória do trabalho.</w:t>
      </w:r>
    </w:p>
    <w:p w14:paraId="303EF9B3" w14:textId="77777777" w:rsidR="0039700B" w:rsidRPr="002B098E" w:rsidRDefault="00000000">
      <w:pPr>
        <w:rPr>
          <w:lang w:val="pt-BR"/>
        </w:rPr>
      </w:pPr>
      <w:r w:rsidRPr="002B098E">
        <w:rPr>
          <w:lang w:val="pt-BR"/>
        </w:rPr>
        <w:br w:type="page"/>
      </w:r>
    </w:p>
    <w:p w14:paraId="52A6506B" w14:textId="77777777" w:rsidR="002B098E" w:rsidRDefault="002B098E" w:rsidP="002B098E">
      <w:pPr>
        <w:spacing w:after="0" w:line="240" w:lineRule="auto"/>
        <w:ind w:firstLine="0"/>
        <w:jc w:val="center"/>
        <w:rPr>
          <w:rFonts w:cs="Arial"/>
          <w:bCs/>
          <w:iCs/>
          <w:lang w:val="pt-BR"/>
        </w:rPr>
      </w:pPr>
    </w:p>
    <w:p w14:paraId="5167F029" w14:textId="77777777" w:rsidR="002B098E" w:rsidRDefault="002B098E" w:rsidP="002B098E">
      <w:pPr>
        <w:spacing w:after="0" w:line="240" w:lineRule="auto"/>
        <w:ind w:firstLine="0"/>
        <w:jc w:val="center"/>
        <w:rPr>
          <w:rFonts w:cs="Arial"/>
          <w:bCs/>
          <w:iCs/>
          <w:lang w:val="pt-BR"/>
        </w:rPr>
      </w:pPr>
    </w:p>
    <w:p w14:paraId="1B754630" w14:textId="77777777" w:rsidR="002B098E" w:rsidRDefault="002B098E" w:rsidP="002B098E">
      <w:pPr>
        <w:spacing w:after="0" w:line="240" w:lineRule="auto"/>
        <w:ind w:firstLine="0"/>
        <w:jc w:val="center"/>
        <w:rPr>
          <w:rFonts w:cs="Arial"/>
          <w:bCs/>
          <w:iCs/>
          <w:lang w:val="pt-BR"/>
        </w:rPr>
      </w:pPr>
    </w:p>
    <w:p w14:paraId="7D126B7C" w14:textId="77777777" w:rsidR="002B098E" w:rsidRDefault="002B098E" w:rsidP="002B098E">
      <w:pPr>
        <w:spacing w:after="0" w:line="240" w:lineRule="auto"/>
        <w:ind w:firstLine="0"/>
        <w:jc w:val="center"/>
        <w:rPr>
          <w:rFonts w:cs="Arial"/>
          <w:bCs/>
          <w:iCs/>
          <w:lang w:val="pt-BR"/>
        </w:rPr>
      </w:pPr>
    </w:p>
    <w:p w14:paraId="46B28243" w14:textId="77777777" w:rsidR="002B098E" w:rsidRDefault="002B098E" w:rsidP="002B098E">
      <w:pPr>
        <w:spacing w:after="0" w:line="240" w:lineRule="auto"/>
        <w:ind w:firstLine="0"/>
        <w:jc w:val="center"/>
        <w:rPr>
          <w:rFonts w:cs="Arial"/>
          <w:bCs/>
          <w:iCs/>
          <w:lang w:val="pt-BR"/>
        </w:rPr>
      </w:pPr>
    </w:p>
    <w:p w14:paraId="20F46CAE" w14:textId="4E9BFDBA" w:rsidR="002B098E" w:rsidRDefault="002B098E" w:rsidP="002B098E">
      <w:pPr>
        <w:spacing w:after="0" w:line="240" w:lineRule="auto"/>
        <w:ind w:firstLine="0"/>
        <w:jc w:val="center"/>
        <w:rPr>
          <w:rFonts w:eastAsiaTheme="majorEastAsia" w:cstheme="majorBidi"/>
          <w:color w:val="000000" w:themeColor="text1"/>
          <w:sz w:val="28"/>
          <w:szCs w:val="28"/>
          <w:lang w:val="pt-BR"/>
        </w:rPr>
      </w:pPr>
      <w:r w:rsidRPr="002B098E">
        <w:rPr>
          <w:rFonts w:eastAsiaTheme="majorEastAsia" w:cstheme="majorBidi"/>
          <w:color w:val="000000" w:themeColor="text1"/>
          <w:sz w:val="28"/>
          <w:szCs w:val="28"/>
          <w:lang w:val="pt-BR"/>
        </w:rPr>
        <w:t>AGRADECIMENTOS</w:t>
      </w:r>
    </w:p>
    <w:p w14:paraId="7B322F41" w14:textId="77777777" w:rsidR="002B098E" w:rsidRDefault="002B098E" w:rsidP="002B098E">
      <w:pPr>
        <w:spacing w:after="0" w:line="240" w:lineRule="auto"/>
        <w:ind w:firstLine="0"/>
        <w:jc w:val="center"/>
        <w:rPr>
          <w:rFonts w:cs="Arial"/>
          <w:bCs/>
          <w:iCs/>
          <w:lang w:val="pt-BR"/>
        </w:rPr>
      </w:pPr>
    </w:p>
    <w:p w14:paraId="5BFA16C4" w14:textId="77777777" w:rsidR="002B098E" w:rsidRDefault="002B098E" w:rsidP="002B098E">
      <w:pPr>
        <w:spacing w:after="0" w:line="240" w:lineRule="auto"/>
        <w:ind w:firstLine="0"/>
        <w:jc w:val="center"/>
        <w:rPr>
          <w:rFonts w:cs="Arial"/>
          <w:bCs/>
          <w:iCs/>
          <w:lang w:val="pt-BR"/>
        </w:rPr>
      </w:pPr>
    </w:p>
    <w:p w14:paraId="244848F4" w14:textId="77777777" w:rsidR="002B098E" w:rsidRDefault="002B098E" w:rsidP="002B098E">
      <w:pPr>
        <w:spacing w:after="0" w:line="240" w:lineRule="auto"/>
        <w:ind w:firstLine="0"/>
        <w:jc w:val="center"/>
        <w:rPr>
          <w:rFonts w:cs="Arial"/>
          <w:bCs/>
          <w:iCs/>
          <w:lang w:val="pt-BR"/>
        </w:rPr>
      </w:pPr>
    </w:p>
    <w:p w14:paraId="1A61A562" w14:textId="77777777" w:rsidR="0039700B" w:rsidRPr="002B098E" w:rsidRDefault="00000000">
      <w:pPr>
        <w:spacing w:after="120"/>
        <w:rPr>
          <w:lang w:val="pt-BR"/>
        </w:rPr>
      </w:pPr>
      <w:r w:rsidRPr="002B098E">
        <w:rPr>
          <w:lang w:val="pt-BR"/>
        </w:rPr>
        <w:t>Folha opcional destinada aos agradecimentos. Devem ser mencionadas apenas pessoas e/ou instituições que tenham contribuído de maneira relevante para a realização da pesquisa, utilizando, no máximo, duas páginas.</w:t>
      </w:r>
    </w:p>
    <w:p w14:paraId="2F12561A" w14:textId="77777777" w:rsidR="0039700B" w:rsidRPr="002B098E" w:rsidRDefault="00000000">
      <w:pPr>
        <w:rPr>
          <w:lang w:val="pt-BR"/>
        </w:rPr>
      </w:pPr>
      <w:r w:rsidRPr="002B098E">
        <w:rPr>
          <w:lang w:val="pt-BR"/>
        </w:rPr>
        <w:br w:type="page"/>
      </w:r>
    </w:p>
    <w:p w14:paraId="25100514" w14:textId="77777777" w:rsidR="002B098E" w:rsidRDefault="002B098E" w:rsidP="002B098E">
      <w:pPr>
        <w:spacing w:after="0" w:line="240" w:lineRule="auto"/>
        <w:ind w:firstLine="0"/>
        <w:jc w:val="center"/>
        <w:rPr>
          <w:rFonts w:cs="Arial"/>
          <w:bCs/>
          <w:iCs/>
          <w:lang w:val="pt-BR"/>
        </w:rPr>
      </w:pPr>
    </w:p>
    <w:p w14:paraId="729F8A2F" w14:textId="77777777" w:rsidR="002B098E" w:rsidRDefault="002B098E" w:rsidP="002B098E">
      <w:pPr>
        <w:spacing w:after="0" w:line="240" w:lineRule="auto"/>
        <w:ind w:firstLine="0"/>
        <w:jc w:val="center"/>
        <w:rPr>
          <w:rFonts w:cs="Arial"/>
          <w:bCs/>
          <w:iCs/>
          <w:lang w:val="pt-BR"/>
        </w:rPr>
      </w:pPr>
    </w:p>
    <w:p w14:paraId="6D851692" w14:textId="77777777" w:rsidR="002B098E" w:rsidRDefault="002B098E" w:rsidP="002B098E">
      <w:pPr>
        <w:spacing w:after="0" w:line="240" w:lineRule="auto"/>
        <w:ind w:firstLine="0"/>
        <w:jc w:val="center"/>
        <w:rPr>
          <w:rFonts w:cs="Arial"/>
          <w:bCs/>
          <w:iCs/>
          <w:lang w:val="pt-BR"/>
        </w:rPr>
      </w:pPr>
    </w:p>
    <w:p w14:paraId="25BFD5A7" w14:textId="77777777" w:rsidR="002B098E" w:rsidRDefault="002B098E" w:rsidP="002B098E">
      <w:pPr>
        <w:spacing w:after="0" w:line="240" w:lineRule="auto"/>
        <w:ind w:firstLine="0"/>
        <w:jc w:val="center"/>
        <w:rPr>
          <w:rFonts w:cs="Arial"/>
          <w:bCs/>
          <w:iCs/>
          <w:lang w:val="pt-BR"/>
        </w:rPr>
      </w:pPr>
    </w:p>
    <w:p w14:paraId="522B1264" w14:textId="77777777" w:rsidR="002B098E" w:rsidRDefault="002B098E" w:rsidP="002B098E">
      <w:pPr>
        <w:spacing w:after="0" w:line="240" w:lineRule="auto"/>
        <w:ind w:firstLine="0"/>
        <w:jc w:val="center"/>
        <w:rPr>
          <w:rFonts w:cs="Arial"/>
          <w:bCs/>
          <w:iCs/>
          <w:lang w:val="pt-BR"/>
        </w:rPr>
      </w:pPr>
    </w:p>
    <w:p w14:paraId="4B742FD3" w14:textId="3DEB86DD" w:rsidR="002B098E" w:rsidRDefault="002B098E" w:rsidP="002B098E">
      <w:pPr>
        <w:spacing w:after="0" w:line="240" w:lineRule="auto"/>
        <w:ind w:firstLine="0"/>
        <w:jc w:val="center"/>
        <w:rPr>
          <w:rFonts w:eastAsiaTheme="majorEastAsia" w:cstheme="majorBidi"/>
          <w:color w:val="000000" w:themeColor="text1"/>
          <w:sz w:val="28"/>
          <w:szCs w:val="28"/>
          <w:lang w:val="pt-BR"/>
        </w:rPr>
      </w:pPr>
      <w:r>
        <w:rPr>
          <w:rFonts w:eastAsiaTheme="majorEastAsia" w:cstheme="majorBidi"/>
          <w:color w:val="000000" w:themeColor="text1"/>
          <w:sz w:val="28"/>
          <w:szCs w:val="28"/>
          <w:lang w:val="pt-BR"/>
        </w:rPr>
        <w:t>SUMÁRIO</w:t>
      </w:r>
    </w:p>
    <w:p w14:paraId="435B886B" w14:textId="77777777" w:rsidR="002B098E" w:rsidRDefault="002B098E" w:rsidP="002B098E">
      <w:pPr>
        <w:spacing w:after="0" w:line="240" w:lineRule="auto"/>
        <w:ind w:firstLine="0"/>
        <w:jc w:val="center"/>
        <w:rPr>
          <w:rFonts w:cs="Arial"/>
          <w:bCs/>
          <w:iCs/>
          <w:lang w:val="pt-BR"/>
        </w:rPr>
      </w:pPr>
    </w:p>
    <w:p w14:paraId="298D57C0" w14:textId="77777777" w:rsidR="002B098E" w:rsidRDefault="002B098E" w:rsidP="002B098E">
      <w:pPr>
        <w:spacing w:after="0" w:line="240" w:lineRule="auto"/>
        <w:ind w:firstLine="0"/>
        <w:jc w:val="center"/>
        <w:rPr>
          <w:rFonts w:cs="Arial"/>
          <w:bCs/>
          <w:iCs/>
          <w:lang w:val="pt-BR"/>
        </w:rPr>
      </w:pPr>
    </w:p>
    <w:p w14:paraId="2E6C234A" w14:textId="77777777" w:rsidR="002B098E" w:rsidRDefault="002B098E" w:rsidP="002B098E">
      <w:pPr>
        <w:spacing w:after="0" w:line="240" w:lineRule="auto"/>
        <w:ind w:firstLine="0"/>
        <w:jc w:val="center"/>
        <w:rPr>
          <w:rFonts w:cs="Arial"/>
          <w:bCs/>
          <w:iCs/>
          <w:lang w:val="pt-BR"/>
        </w:rPr>
      </w:pPr>
    </w:p>
    <w:p w14:paraId="74F87998" w14:textId="77777777" w:rsidR="0039700B" w:rsidRPr="002B098E" w:rsidRDefault="00000000">
      <w:pPr>
        <w:spacing w:after="120" w:line="240" w:lineRule="auto"/>
        <w:ind w:firstLine="0"/>
        <w:jc w:val="right"/>
        <w:rPr>
          <w:lang w:val="pt-BR"/>
        </w:rPr>
      </w:pPr>
      <w:r w:rsidRPr="002B098E">
        <w:rPr>
          <w:lang w:val="pt-BR"/>
        </w:rPr>
        <w:t>Página</w:t>
      </w:r>
    </w:p>
    <w:p w14:paraId="7B5DA437" w14:textId="77777777" w:rsidR="0039700B" w:rsidRPr="002B098E" w:rsidRDefault="00000000">
      <w:pPr>
        <w:spacing w:after="0" w:line="240" w:lineRule="auto"/>
        <w:ind w:firstLine="0"/>
        <w:jc w:val="left"/>
        <w:rPr>
          <w:lang w:val="pt-BR"/>
        </w:rPr>
      </w:pPr>
      <w:r w:rsidRPr="002B098E">
        <w:rPr>
          <w:lang w:val="pt-BR"/>
        </w:rPr>
        <w:t>LISTA DE FIGURAS.................................................................................................... x</w:t>
      </w:r>
    </w:p>
    <w:p w14:paraId="5271D6AD" w14:textId="77777777" w:rsidR="0039700B" w:rsidRPr="002B098E" w:rsidRDefault="00000000">
      <w:pPr>
        <w:spacing w:after="0" w:line="240" w:lineRule="auto"/>
        <w:ind w:firstLine="0"/>
        <w:jc w:val="left"/>
        <w:rPr>
          <w:lang w:val="pt-BR"/>
        </w:rPr>
      </w:pPr>
      <w:r w:rsidRPr="002B098E">
        <w:rPr>
          <w:lang w:val="pt-BR"/>
        </w:rPr>
        <w:t>LISTA DE TABELAS.................................................................................................... x</w:t>
      </w:r>
    </w:p>
    <w:p w14:paraId="74459F0F" w14:textId="77777777" w:rsidR="0039700B" w:rsidRPr="002B098E" w:rsidRDefault="00000000">
      <w:pPr>
        <w:spacing w:after="0" w:line="240" w:lineRule="auto"/>
        <w:ind w:firstLine="0"/>
        <w:jc w:val="left"/>
        <w:rPr>
          <w:lang w:val="pt-BR"/>
        </w:rPr>
      </w:pPr>
      <w:r w:rsidRPr="002B098E">
        <w:rPr>
          <w:lang w:val="pt-BR"/>
        </w:rPr>
        <w:t>LISTA DE SIGLAS E ABREVIATURAS...................................................................... x</w:t>
      </w:r>
    </w:p>
    <w:p w14:paraId="2DF3F817" w14:textId="77777777" w:rsidR="0039700B" w:rsidRPr="002B098E" w:rsidRDefault="00000000">
      <w:pPr>
        <w:spacing w:after="0" w:line="240" w:lineRule="auto"/>
        <w:ind w:firstLine="0"/>
        <w:jc w:val="left"/>
        <w:rPr>
          <w:lang w:val="pt-BR"/>
        </w:rPr>
      </w:pPr>
      <w:r w:rsidRPr="002B098E">
        <w:rPr>
          <w:lang w:val="pt-BR"/>
        </w:rPr>
        <w:t>RESUMO..................................................................................................................... x</w:t>
      </w:r>
    </w:p>
    <w:p w14:paraId="03814494" w14:textId="77777777" w:rsidR="0039700B" w:rsidRPr="002B098E" w:rsidRDefault="00000000">
      <w:pPr>
        <w:spacing w:after="0" w:line="240" w:lineRule="auto"/>
        <w:ind w:firstLine="0"/>
        <w:jc w:val="left"/>
        <w:rPr>
          <w:lang w:val="pt-BR"/>
        </w:rPr>
      </w:pPr>
      <w:r w:rsidRPr="002B098E">
        <w:rPr>
          <w:lang w:val="pt-BR"/>
        </w:rPr>
        <w:t>ABSTRACT.................................................................................................................. x</w:t>
      </w:r>
    </w:p>
    <w:p w14:paraId="11309A6A" w14:textId="77777777" w:rsidR="0039700B" w:rsidRPr="002B098E" w:rsidRDefault="00000000">
      <w:pPr>
        <w:spacing w:after="0" w:line="240" w:lineRule="auto"/>
        <w:ind w:firstLine="0"/>
        <w:jc w:val="left"/>
        <w:rPr>
          <w:lang w:val="pt-BR"/>
        </w:rPr>
      </w:pPr>
      <w:r w:rsidRPr="002B098E">
        <w:rPr>
          <w:lang w:val="pt-BR"/>
        </w:rPr>
        <w:t>DIVULGAÇÃO E TRANSFERÊNCIA DE CONHECIMENTO........................................ x</w:t>
      </w:r>
    </w:p>
    <w:p w14:paraId="10A09446" w14:textId="77777777" w:rsidR="0039700B" w:rsidRPr="002B098E" w:rsidRDefault="00000000">
      <w:pPr>
        <w:spacing w:after="0" w:line="240" w:lineRule="auto"/>
        <w:ind w:firstLine="0"/>
        <w:jc w:val="left"/>
        <w:rPr>
          <w:lang w:val="pt-BR"/>
        </w:rPr>
      </w:pPr>
      <w:r w:rsidRPr="002B098E">
        <w:rPr>
          <w:lang w:val="pt-BR"/>
        </w:rPr>
        <w:t>1 INTRODUÇÃO......................................................................................................... 1</w:t>
      </w:r>
    </w:p>
    <w:p w14:paraId="7B650B02" w14:textId="77777777" w:rsidR="0039700B" w:rsidRPr="002B098E" w:rsidRDefault="00000000">
      <w:pPr>
        <w:spacing w:after="0" w:line="240" w:lineRule="auto"/>
        <w:ind w:firstLine="0"/>
        <w:jc w:val="left"/>
        <w:rPr>
          <w:lang w:val="pt-BR"/>
        </w:rPr>
      </w:pPr>
      <w:r w:rsidRPr="002B098E">
        <w:rPr>
          <w:lang w:val="pt-BR"/>
        </w:rPr>
        <w:t>2 OBJETIVOS............................................................................................................. 3</w:t>
      </w:r>
    </w:p>
    <w:p w14:paraId="6E6433CD" w14:textId="77777777" w:rsidR="0039700B" w:rsidRPr="002B098E" w:rsidRDefault="00000000">
      <w:pPr>
        <w:spacing w:after="0" w:line="240" w:lineRule="auto"/>
        <w:ind w:firstLine="0"/>
        <w:jc w:val="left"/>
        <w:rPr>
          <w:lang w:val="pt-BR"/>
        </w:rPr>
      </w:pPr>
      <w:r w:rsidRPr="002B098E">
        <w:rPr>
          <w:lang w:val="pt-BR"/>
        </w:rPr>
        <w:t>2.1 OBJETIVOS ESPECÍFICOS.................................................................................. 3</w:t>
      </w:r>
    </w:p>
    <w:p w14:paraId="152424DB" w14:textId="77777777" w:rsidR="0039700B" w:rsidRPr="002B098E" w:rsidRDefault="00000000">
      <w:pPr>
        <w:spacing w:after="0" w:line="240" w:lineRule="auto"/>
        <w:ind w:firstLine="0"/>
        <w:jc w:val="left"/>
        <w:rPr>
          <w:lang w:val="pt-BR"/>
        </w:rPr>
      </w:pPr>
      <w:r w:rsidRPr="002B098E">
        <w:rPr>
          <w:lang w:val="pt-BR"/>
        </w:rPr>
        <w:t>3 REVISÃO DA LITERATURA.................................................................................... 4</w:t>
      </w:r>
    </w:p>
    <w:p w14:paraId="26A68FE5" w14:textId="77777777" w:rsidR="0039700B" w:rsidRPr="002B098E" w:rsidRDefault="00000000">
      <w:pPr>
        <w:spacing w:after="0" w:line="240" w:lineRule="auto"/>
        <w:ind w:firstLine="0"/>
        <w:jc w:val="left"/>
        <w:rPr>
          <w:lang w:val="pt-BR"/>
        </w:rPr>
      </w:pPr>
      <w:r w:rsidRPr="002B098E">
        <w:rPr>
          <w:lang w:val="pt-BR"/>
        </w:rPr>
        <w:t>ORIENTAÇÕES PARA DISSERTAÇÃO/TESE EM FORMATO DE ARTIGOS........... 8</w:t>
      </w:r>
    </w:p>
    <w:p w14:paraId="5EEB0FB8" w14:textId="77777777" w:rsidR="0039700B" w:rsidRPr="002B098E" w:rsidRDefault="00000000">
      <w:pPr>
        <w:spacing w:after="0" w:line="240" w:lineRule="auto"/>
        <w:ind w:firstLine="0"/>
        <w:jc w:val="left"/>
        <w:rPr>
          <w:lang w:val="pt-BR"/>
        </w:rPr>
      </w:pPr>
      <w:r w:rsidRPr="002B098E">
        <w:rPr>
          <w:lang w:val="pt-BR"/>
        </w:rPr>
        <w:t>4 MATERIAL E MÉTODOS........................................................................................ 10</w:t>
      </w:r>
    </w:p>
    <w:p w14:paraId="7AC6E347" w14:textId="77777777" w:rsidR="0039700B" w:rsidRPr="002B098E" w:rsidRDefault="00000000">
      <w:pPr>
        <w:spacing w:after="0" w:line="240" w:lineRule="auto"/>
        <w:ind w:firstLine="0"/>
        <w:jc w:val="left"/>
        <w:rPr>
          <w:lang w:val="pt-BR"/>
        </w:rPr>
      </w:pPr>
      <w:r w:rsidRPr="002B098E">
        <w:rPr>
          <w:lang w:val="pt-BR"/>
        </w:rPr>
        <w:t>4.1 EXEMPLO DE SUBSEÇÃO.................................................................................. 11</w:t>
      </w:r>
    </w:p>
    <w:p w14:paraId="3B0A080A" w14:textId="77777777" w:rsidR="0039700B" w:rsidRPr="002B098E" w:rsidRDefault="00000000">
      <w:pPr>
        <w:spacing w:after="0" w:line="240" w:lineRule="auto"/>
        <w:ind w:firstLine="0"/>
        <w:jc w:val="left"/>
        <w:rPr>
          <w:lang w:val="pt-BR"/>
        </w:rPr>
      </w:pPr>
      <w:r w:rsidRPr="002B098E">
        <w:rPr>
          <w:lang w:val="pt-BR"/>
        </w:rPr>
        <w:t>5 RESULTADOS E DISCUSSÃO.............................................................................. 12</w:t>
      </w:r>
    </w:p>
    <w:p w14:paraId="0AE33B08" w14:textId="77777777" w:rsidR="0039700B" w:rsidRPr="002B098E" w:rsidRDefault="00000000">
      <w:pPr>
        <w:spacing w:after="0" w:line="240" w:lineRule="auto"/>
        <w:ind w:firstLine="0"/>
        <w:jc w:val="left"/>
        <w:rPr>
          <w:lang w:val="pt-BR"/>
        </w:rPr>
      </w:pPr>
      <w:r w:rsidRPr="002B098E">
        <w:rPr>
          <w:lang w:val="pt-BR"/>
        </w:rPr>
        <w:t>5.1 EXEMPLO DE SUBSEÇÃO.................................................................................. 12</w:t>
      </w:r>
    </w:p>
    <w:p w14:paraId="4A5C5BC0" w14:textId="77777777" w:rsidR="0039700B" w:rsidRPr="002B098E" w:rsidRDefault="00000000">
      <w:pPr>
        <w:spacing w:after="0" w:line="240" w:lineRule="auto"/>
        <w:ind w:firstLine="0"/>
        <w:jc w:val="left"/>
        <w:rPr>
          <w:lang w:val="pt-BR"/>
        </w:rPr>
      </w:pPr>
      <w:r w:rsidRPr="002B098E">
        <w:rPr>
          <w:lang w:val="pt-BR"/>
        </w:rPr>
        <w:t>5.2 SOBRE AS FIGURAS DA DISSERTAÇÃO/TESE................................................. 13</w:t>
      </w:r>
    </w:p>
    <w:p w14:paraId="5438B748" w14:textId="77777777" w:rsidR="0039700B" w:rsidRPr="002B098E" w:rsidRDefault="00000000">
      <w:pPr>
        <w:spacing w:after="0" w:line="240" w:lineRule="auto"/>
        <w:ind w:firstLine="0"/>
        <w:jc w:val="left"/>
        <w:rPr>
          <w:lang w:val="pt-BR"/>
        </w:rPr>
      </w:pPr>
      <w:r w:rsidRPr="002B098E">
        <w:rPr>
          <w:lang w:val="pt-BR"/>
        </w:rPr>
        <w:t>5.3 SOBRE AS TABELAS DA DISSERTAÇÃO/TESE................................................. 14</w:t>
      </w:r>
    </w:p>
    <w:p w14:paraId="1EDC1987" w14:textId="77777777" w:rsidR="0039700B" w:rsidRPr="002B098E" w:rsidRDefault="00000000">
      <w:pPr>
        <w:spacing w:after="0" w:line="240" w:lineRule="auto"/>
        <w:ind w:firstLine="0"/>
        <w:jc w:val="left"/>
        <w:rPr>
          <w:lang w:val="pt-BR"/>
        </w:rPr>
      </w:pPr>
      <w:r w:rsidRPr="002B098E">
        <w:rPr>
          <w:lang w:val="pt-BR"/>
        </w:rPr>
        <w:t>6 CONCLUSÃO.......................................................................................................... 15</w:t>
      </w:r>
    </w:p>
    <w:p w14:paraId="7CCC17BF" w14:textId="77777777" w:rsidR="0039700B" w:rsidRPr="002B098E" w:rsidRDefault="00000000">
      <w:pPr>
        <w:spacing w:after="0" w:line="240" w:lineRule="auto"/>
        <w:ind w:firstLine="0"/>
        <w:jc w:val="left"/>
        <w:rPr>
          <w:lang w:val="pt-BR"/>
        </w:rPr>
      </w:pPr>
      <w:r w:rsidRPr="002B098E">
        <w:rPr>
          <w:lang w:val="pt-BR"/>
        </w:rPr>
        <w:t>REFERÊNCIAS........................................................................................................... 16</w:t>
      </w:r>
    </w:p>
    <w:p w14:paraId="3CB7F412" w14:textId="77777777" w:rsidR="0039700B" w:rsidRPr="002B098E" w:rsidRDefault="00000000">
      <w:pPr>
        <w:spacing w:after="0" w:line="240" w:lineRule="auto"/>
        <w:ind w:firstLine="0"/>
        <w:jc w:val="left"/>
        <w:rPr>
          <w:lang w:val="pt-BR"/>
        </w:rPr>
      </w:pPr>
      <w:r w:rsidRPr="002B098E">
        <w:rPr>
          <w:lang w:val="pt-BR"/>
        </w:rPr>
        <w:t>APÊNDICE A – TÍTULO DO APÊNDICE A................................................................ 20</w:t>
      </w:r>
    </w:p>
    <w:p w14:paraId="781B2FC7" w14:textId="77777777" w:rsidR="0039700B" w:rsidRPr="002B098E" w:rsidRDefault="00000000">
      <w:pPr>
        <w:spacing w:after="0" w:line="240" w:lineRule="auto"/>
        <w:ind w:firstLine="0"/>
        <w:jc w:val="left"/>
        <w:rPr>
          <w:lang w:val="pt-BR"/>
        </w:rPr>
      </w:pPr>
      <w:r w:rsidRPr="002B098E">
        <w:rPr>
          <w:lang w:val="pt-BR"/>
        </w:rPr>
        <w:t>ANEXO A – TÍTULO DO ANEXO A............................................................................ 21</w:t>
      </w:r>
    </w:p>
    <w:p w14:paraId="4604CBF2" w14:textId="77777777" w:rsidR="0039700B" w:rsidRPr="002B098E" w:rsidRDefault="00000000">
      <w:pPr>
        <w:spacing w:after="0" w:line="240" w:lineRule="auto"/>
        <w:ind w:firstLine="0"/>
        <w:jc w:val="left"/>
        <w:rPr>
          <w:lang w:val="pt-BR"/>
        </w:rPr>
      </w:pPr>
      <w:r w:rsidRPr="002B098E">
        <w:rPr>
          <w:lang w:val="pt-BR"/>
        </w:rPr>
        <w:t>REFERÊNCIAS USADAS NA ELABORAÇÃO DESTE MODELO.............................. 22</w:t>
      </w:r>
    </w:p>
    <w:p w14:paraId="4110D6E9" w14:textId="77777777" w:rsidR="0039700B" w:rsidRPr="002B098E" w:rsidRDefault="00000000">
      <w:pPr>
        <w:rPr>
          <w:lang w:val="pt-BR"/>
        </w:rPr>
      </w:pPr>
      <w:r w:rsidRPr="002B098E">
        <w:rPr>
          <w:lang w:val="pt-BR"/>
        </w:rPr>
        <w:br w:type="page"/>
      </w:r>
    </w:p>
    <w:p w14:paraId="10B066A9" w14:textId="77777777" w:rsidR="002B098E" w:rsidRDefault="002B098E" w:rsidP="002B098E">
      <w:pPr>
        <w:spacing w:after="0" w:line="240" w:lineRule="auto"/>
        <w:ind w:firstLine="0"/>
        <w:jc w:val="center"/>
        <w:rPr>
          <w:rFonts w:cs="Arial"/>
          <w:bCs/>
          <w:iCs/>
          <w:lang w:val="pt-BR"/>
        </w:rPr>
      </w:pPr>
    </w:p>
    <w:p w14:paraId="5A5F09C8" w14:textId="77777777" w:rsidR="002B098E" w:rsidRDefault="002B098E" w:rsidP="002B098E">
      <w:pPr>
        <w:spacing w:after="0" w:line="240" w:lineRule="auto"/>
        <w:ind w:firstLine="0"/>
        <w:jc w:val="center"/>
        <w:rPr>
          <w:rFonts w:cs="Arial"/>
          <w:bCs/>
          <w:iCs/>
          <w:lang w:val="pt-BR"/>
        </w:rPr>
      </w:pPr>
    </w:p>
    <w:p w14:paraId="0B0713D4" w14:textId="77777777" w:rsidR="002B098E" w:rsidRDefault="002B098E" w:rsidP="002B098E">
      <w:pPr>
        <w:spacing w:after="0" w:line="240" w:lineRule="auto"/>
        <w:ind w:firstLine="0"/>
        <w:jc w:val="center"/>
        <w:rPr>
          <w:rFonts w:cs="Arial"/>
          <w:bCs/>
          <w:iCs/>
          <w:lang w:val="pt-BR"/>
        </w:rPr>
      </w:pPr>
    </w:p>
    <w:p w14:paraId="29905B26" w14:textId="77777777" w:rsidR="002B098E" w:rsidRDefault="002B098E" w:rsidP="002B098E">
      <w:pPr>
        <w:spacing w:after="0" w:line="240" w:lineRule="auto"/>
        <w:ind w:firstLine="0"/>
        <w:jc w:val="center"/>
        <w:rPr>
          <w:rFonts w:cs="Arial"/>
          <w:bCs/>
          <w:iCs/>
          <w:lang w:val="pt-BR"/>
        </w:rPr>
      </w:pPr>
    </w:p>
    <w:p w14:paraId="2A453298" w14:textId="77777777" w:rsidR="002B098E" w:rsidRDefault="002B098E" w:rsidP="002B098E">
      <w:pPr>
        <w:spacing w:after="0" w:line="240" w:lineRule="auto"/>
        <w:ind w:firstLine="0"/>
        <w:jc w:val="center"/>
        <w:rPr>
          <w:rFonts w:cs="Arial"/>
          <w:bCs/>
          <w:iCs/>
          <w:lang w:val="pt-BR"/>
        </w:rPr>
      </w:pPr>
    </w:p>
    <w:p w14:paraId="47BD8F25" w14:textId="72C23559" w:rsidR="002B098E" w:rsidRDefault="002B098E" w:rsidP="002B098E">
      <w:pPr>
        <w:spacing w:after="0" w:line="240" w:lineRule="auto"/>
        <w:ind w:firstLine="0"/>
        <w:jc w:val="center"/>
        <w:rPr>
          <w:rFonts w:cs="Arial"/>
          <w:bCs/>
          <w:iCs/>
          <w:lang w:val="pt-BR"/>
        </w:rPr>
      </w:pPr>
      <w:r w:rsidRPr="002B098E">
        <w:rPr>
          <w:rFonts w:eastAsiaTheme="majorEastAsia" w:cstheme="majorBidi"/>
          <w:color w:val="000000" w:themeColor="text1"/>
          <w:sz w:val="28"/>
          <w:szCs w:val="28"/>
          <w:lang w:val="pt-BR"/>
        </w:rPr>
        <w:t xml:space="preserve">LISTA DE </w:t>
      </w:r>
      <w:r>
        <w:rPr>
          <w:rFonts w:eastAsiaTheme="majorEastAsia" w:cstheme="majorBidi"/>
          <w:color w:val="000000" w:themeColor="text1"/>
          <w:sz w:val="28"/>
          <w:szCs w:val="28"/>
          <w:lang w:val="pt-BR"/>
        </w:rPr>
        <w:t>FIGURAS</w:t>
      </w:r>
    </w:p>
    <w:p w14:paraId="4E295D4D" w14:textId="77777777" w:rsidR="002B098E" w:rsidRDefault="002B098E" w:rsidP="002B098E">
      <w:pPr>
        <w:spacing w:after="0" w:line="240" w:lineRule="auto"/>
        <w:ind w:firstLine="0"/>
        <w:jc w:val="center"/>
        <w:rPr>
          <w:rFonts w:cs="Arial"/>
          <w:bCs/>
          <w:iCs/>
          <w:lang w:val="pt-BR"/>
        </w:rPr>
      </w:pPr>
    </w:p>
    <w:p w14:paraId="109F9899" w14:textId="77777777" w:rsidR="002B098E" w:rsidRDefault="002B098E" w:rsidP="002B098E">
      <w:pPr>
        <w:spacing w:after="0" w:line="240" w:lineRule="auto"/>
        <w:ind w:firstLine="0"/>
        <w:jc w:val="center"/>
        <w:rPr>
          <w:rFonts w:cs="Arial"/>
          <w:bCs/>
          <w:iCs/>
          <w:lang w:val="pt-BR"/>
        </w:rPr>
      </w:pPr>
    </w:p>
    <w:p w14:paraId="23ED2B2A" w14:textId="77777777" w:rsidR="002B098E" w:rsidRDefault="002B098E" w:rsidP="002B098E">
      <w:pPr>
        <w:spacing w:after="0" w:line="240" w:lineRule="auto"/>
        <w:ind w:firstLine="0"/>
        <w:jc w:val="center"/>
        <w:rPr>
          <w:rFonts w:cs="Arial"/>
          <w:bCs/>
          <w:iCs/>
          <w:lang w:val="pt-BR"/>
        </w:rPr>
      </w:pPr>
    </w:p>
    <w:p w14:paraId="3E9719F0" w14:textId="77777777" w:rsidR="0039700B" w:rsidRPr="002B098E" w:rsidRDefault="00000000">
      <w:pPr>
        <w:spacing w:after="120" w:line="240" w:lineRule="auto"/>
        <w:ind w:firstLine="0"/>
        <w:jc w:val="right"/>
        <w:rPr>
          <w:lang w:val="pt-BR"/>
        </w:rPr>
      </w:pPr>
      <w:r w:rsidRPr="002B098E">
        <w:rPr>
          <w:lang w:val="pt-BR"/>
        </w:rPr>
        <w:t>Página</w:t>
      </w:r>
    </w:p>
    <w:p w14:paraId="45CAE38E" w14:textId="77777777" w:rsidR="0039700B" w:rsidRPr="002B098E" w:rsidRDefault="00000000">
      <w:pPr>
        <w:spacing w:after="0" w:line="240" w:lineRule="auto"/>
        <w:ind w:firstLine="0"/>
        <w:jc w:val="left"/>
        <w:rPr>
          <w:lang w:val="pt-BR"/>
        </w:rPr>
      </w:pPr>
      <w:r w:rsidRPr="002B098E">
        <w:rPr>
          <w:lang w:val="pt-BR"/>
        </w:rPr>
        <w:t xml:space="preserve">Figura 1 – Padrão </w:t>
      </w:r>
      <w:proofErr w:type="spellStart"/>
      <w:r w:rsidRPr="002B098E">
        <w:rPr>
          <w:lang w:val="pt-BR"/>
        </w:rPr>
        <w:t>tetrazólio</w:t>
      </w:r>
      <w:proofErr w:type="spellEnd"/>
      <w:r w:rsidRPr="002B098E">
        <w:rPr>
          <w:lang w:val="pt-BR"/>
        </w:rPr>
        <w:t xml:space="preserve"> para concentração de bactérias............................ 13</w:t>
      </w:r>
    </w:p>
    <w:p w14:paraId="1388907C" w14:textId="77777777" w:rsidR="0039700B" w:rsidRPr="002B098E" w:rsidRDefault="00000000">
      <w:pPr>
        <w:spacing w:after="0" w:line="240" w:lineRule="auto"/>
        <w:ind w:firstLine="0"/>
        <w:jc w:val="left"/>
        <w:rPr>
          <w:lang w:val="pt-BR"/>
        </w:rPr>
      </w:pPr>
      <w:r w:rsidRPr="002B098E">
        <w:rPr>
          <w:lang w:val="pt-BR"/>
        </w:rPr>
        <w:t>Figura 2 – Título da figura 2................................................................................ 13</w:t>
      </w:r>
    </w:p>
    <w:p w14:paraId="791BACFA" w14:textId="77777777" w:rsidR="0039700B" w:rsidRPr="002B098E" w:rsidRDefault="00000000">
      <w:pPr>
        <w:spacing w:after="0" w:line="240" w:lineRule="auto"/>
        <w:ind w:firstLine="0"/>
        <w:jc w:val="left"/>
        <w:rPr>
          <w:lang w:val="pt-BR"/>
        </w:rPr>
      </w:pPr>
      <w:r w:rsidRPr="002B098E">
        <w:rPr>
          <w:lang w:val="pt-BR"/>
        </w:rPr>
        <w:t>Figura 3 – Título da figura 3................................................................................ 14</w:t>
      </w:r>
    </w:p>
    <w:p w14:paraId="35C7DB0C" w14:textId="77777777" w:rsidR="0039700B" w:rsidRPr="002B098E" w:rsidRDefault="00000000">
      <w:pPr>
        <w:rPr>
          <w:lang w:val="pt-BR"/>
        </w:rPr>
      </w:pPr>
      <w:r w:rsidRPr="002B098E">
        <w:rPr>
          <w:lang w:val="pt-BR"/>
        </w:rPr>
        <w:br w:type="page"/>
      </w:r>
    </w:p>
    <w:p w14:paraId="596D71A0" w14:textId="77777777" w:rsidR="002B098E" w:rsidRDefault="002B098E" w:rsidP="002B098E">
      <w:pPr>
        <w:spacing w:after="0" w:line="240" w:lineRule="auto"/>
        <w:ind w:firstLine="0"/>
        <w:jc w:val="center"/>
        <w:rPr>
          <w:rFonts w:cs="Arial"/>
          <w:bCs/>
          <w:iCs/>
          <w:lang w:val="pt-BR"/>
        </w:rPr>
      </w:pPr>
    </w:p>
    <w:p w14:paraId="56ACE529" w14:textId="77777777" w:rsidR="002B098E" w:rsidRDefault="002B098E" w:rsidP="002B098E">
      <w:pPr>
        <w:spacing w:after="0" w:line="240" w:lineRule="auto"/>
        <w:ind w:firstLine="0"/>
        <w:jc w:val="center"/>
        <w:rPr>
          <w:rFonts w:cs="Arial"/>
          <w:bCs/>
          <w:iCs/>
          <w:lang w:val="pt-BR"/>
        </w:rPr>
      </w:pPr>
    </w:p>
    <w:p w14:paraId="41E02E29" w14:textId="77777777" w:rsidR="002B098E" w:rsidRDefault="002B098E" w:rsidP="002B098E">
      <w:pPr>
        <w:spacing w:after="0" w:line="240" w:lineRule="auto"/>
        <w:ind w:firstLine="0"/>
        <w:jc w:val="center"/>
        <w:rPr>
          <w:rFonts w:cs="Arial"/>
          <w:bCs/>
          <w:iCs/>
          <w:lang w:val="pt-BR"/>
        </w:rPr>
      </w:pPr>
    </w:p>
    <w:p w14:paraId="41C5EC71" w14:textId="77777777" w:rsidR="002B098E" w:rsidRDefault="002B098E" w:rsidP="002B098E">
      <w:pPr>
        <w:spacing w:after="0" w:line="240" w:lineRule="auto"/>
        <w:ind w:firstLine="0"/>
        <w:jc w:val="center"/>
        <w:rPr>
          <w:rFonts w:cs="Arial"/>
          <w:bCs/>
          <w:iCs/>
          <w:lang w:val="pt-BR"/>
        </w:rPr>
      </w:pPr>
    </w:p>
    <w:p w14:paraId="5057B3AF" w14:textId="77777777" w:rsidR="002B098E" w:rsidRDefault="002B098E" w:rsidP="002B098E">
      <w:pPr>
        <w:spacing w:after="0" w:line="240" w:lineRule="auto"/>
        <w:ind w:firstLine="0"/>
        <w:jc w:val="center"/>
        <w:rPr>
          <w:rFonts w:cs="Arial"/>
          <w:bCs/>
          <w:iCs/>
          <w:lang w:val="pt-BR"/>
        </w:rPr>
      </w:pPr>
    </w:p>
    <w:p w14:paraId="278A7604" w14:textId="55ADD409" w:rsidR="002B098E" w:rsidRDefault="002B098E" w:rsidP="002B098E">
      <w:pPr>
        <w:spacing w:after="0" w:line="240" w:lineRule="auto"/>
        <w:ind w:firstLine="0"/>
        <w:jc w:val="center"/>
        <w:rPr>
          <w:rFonts w:cs="Arial"/>
          <w:lang w:val="pt-BR"/>
        </w:rPr>
      </w:pPr>
      <w:r w:rsidRPr="00306140">
        <w:rPr>
          <w:rFonts w:cs="Arial"/>
          <w:lang w:val="pt-BR"/>
        </w:rPr>
        <w:t>LISTA DE TABELAS</w:t>
      </w:r>
    </w:p>
    <w:p w14:paraId="583AD844" w14:textId="77777777" w:rsidR="002B098E" w:rsidRDefault="002B098E" w:rsidP="002B098E">
      <w:pPr>
        <w:spacing w:after="0" w:line="240" w:lineRule="auto"/>
        <w:ind w:firstLine="0"/>
        <w:jc w:val="center"/>
        <w:rPr>
          <w:rFonts w:cs="Arial"/>
          <w:bCs/>
          <w:iCs/>
          <w:lang w:val="pt-BR"/>
        </w:rPr>
      </w:pPr>
    </w:p>
    <w:p w14:paraId="05DE4070" w14:textId="77777777" w:rsidR="002B098E" w:rsidRDefault="002B098E" w:rsidP="002B098E">
      <w:pPr>
        <w:spacing w:after="0" w:line="240" w:lineRule="auto"/>
        <w:ind w:firstLine="0"/>
        <w:jc w:val="center"/>
        <w:rPr>
          <w:rFonts w:cs="Arial"/>
          <w:bCs/>
          <w:iCs/>
          <w:lang w:val="pt-BR"/>
        </w:rPr>
      </w:pPr>
    </w:p>
    <w:p w14:paraId="3A5AB904" w14:textId="77777777" w:rsidR="002B098E" w:rsidRDefault="002B098E" w:rsidP="002B098E">
      <w:pPr>
        <w:spacing w:after="0" w:line="240" w:lineRule="auto"/>
        <w:ind w:firstLine="0"/>
        <w:jc w:val="center"/>
        <w:rPr>
          <w:rFonts w:cs="Arial"/>
          <w:bCs/>
          <w:iCs/>
          <w:lang w:val="pt-BR"/>
        </w:rPr>
      </w:pPr>
    </w:p>
    <w:p w14:paraId="45B64D71" w14:textId="77777777" w:rsidR="0039700B" w:rsidRPr="002B098E" w:rsidRDefault="00000000">
      <w:pPr>
        <w:spacing w:after="120" w:line="240" w:lineRule="auto"/>
        <w:ind w:firstLine="0"/>
        <w:jc w:val="right"/>
        <w:rPr>
          <w:lang w:val="pt-BR"/>
        </w:rPr>
      </w:pPr>
      <w:r w:rsidRPr="002B098E">
        <w:rPr>
          <w:lang w:val="pt-BR"/>
        </w:rPr>
        <w:t>Página</w:t>
      </w:r>
    </w:p>
    <w:p w14:paraId="7DC5D3B8" w14:textId="77777777" w:rsidR="0039700B" w:rsidRPr="002B098E" w:rsidRDefault="00000000">
      <w:pPr>
        <w:spacing w:after="0" w:line="240" w:lineRule="auto"/>
        <w:ind w:firstLine="0"/>
        <w:jc w:val="left"/>
        <w:rPr>
          <w:lang w:val="pt-BR"/>
        </w:rPr>
      </w:pPr>
      <w:r w:rsidRPr="002B098E">
        <w:rPr>
          <w:lang w:val="pt-BR"/>
        </w:rPr>
        <w:t>Tabela 1 – Composição aproximada (em massa) da crosta terrestre................ 14</w:t>
      </w:r>
    </w:p>
    <w:p w14:paraId="29583AB9" w14:textId="77777777" w:rsidR="0039700B" w:rsidRPr="002B098E" w:rsidRDefault="00000000">
      <w:pPr>
        <w:spacing w:after="0" w:line="240" w:lineRule="auto"/>
        <w:ind w:firstLine="0"/>
        <w:jc w:val="left"/>
        <w:rPr>
          <w:lang w:val="pt-BR"/>
        </w:rPr>
      </w:pPr>
      <w:r w:rsidRPr="002B098E">
        <w:rPr>
          <w:lang w:val="pt-BR"/>
        </w:rPr>
        <w:t>Tabela 2 – Título da tabela 2.............................................................................. 14</w:t>
      </w:r>
    </w:p>
    <w:p w14:paraId="38D18EDE" w14:textId="77777777" w:rsidR="0039700B" w:rsidRPr="002B098E" w:rsidRDefault="00000000">
      <w:pPr>
        <w:spacing w:after="0" w:line="240" w:lineRule="auto"/>
        <w:ind w:firstLine="0"/>
        <w:jc w:val="left"/>
        <w:rPr>
          <w:lang w:val="pt-BR"/>
        </w:rPr>
      </w:pPr>
      <w:r w:rsidRPr="002B098E">
        <w:rPr>
          <w:lang w:val="pt-BR"/>
        </w:rPr>
        <w:t>Tabela 3 – Título da tabela 3.............................................................................. 15</w:t>
      </w:r>
    </w:p>
    <w:p w14:paraId="5A62B54F" w14:textId="77777777" w:rsidR="0039700B" w:rsidRPr="002B098E" w:rsidRDefault="00000000">
      <w:pPr>
        <w:rPr>
          <w:lang w:val="pt-BR"/>
        </w:rPr>
      </w:pPr>
      <w:r w:rsidRPr="002B098E">
        <w:rPr>
          <w:lang w:val="pt-BR"/>
        </w:rPr>
        <w:br w:type="page"/>
      </w:r>
    </w:p>
    <w:p w14:paraId="610C8FE7" w14:textId="77777777" w:rsidR="002B098E" w:rsidRDefault="002B098E" w:rsidP="002B098E">
      <w:pPr>
        <w:spacing w:after="0" w:line="240" w:lineRule="auto"/>
        <w:ind w:firstLine="0"/>
        <w:jc w:val="center"/>
        <w:rPr>
          <w:rFonts w:cs="Arial"/>
          <w:bCs/>
          <w:iCs/>
          <w:lang w:val="pt-BR"/>
        </w:rPr>
      </w:pPr>
    </w:p>
    <w:p w14:paraId="39F97D7D" w14:textId="77777777" w:rsidR="002B098E" w:rsidRDefault="002B098E" w:rsidP="002B098E">
      <w:pPr>
        <w:spacing w:after="0" w:line="240" w:lineRule="auto"/>
        <w:ind w:firstLine="0"/>
        <w:jc w:val="center"/>
        <w:rPr>
          <w:rFonts w:cs="Arial"/>
          <w:bCs/>
          <w:iCs/>
          <w:lang w:val="pt-BR"/>
        </w:rPr>
      </w:pPr>
    </w:p>
    <w:p w14:paraId="31BFC28C" w14:textId="77777777" w:rsidR="002B098E" w:rsidRDefault="002B098E" w:rsidP="002B098E">
      <w:pPr>
        <w:spacing w:after="0" w:line="240" w:lineRule="auto"/>
        <w:ind w:firstLine="0"/>
        <w:jc w:val="center"/>
        <w:rPr>
          <w:rFonts w:cs="Arial"/>
          <w:bCs/>
          <w:iCs/>
          <w:lang w:val="pt-BR"/>
        </w:rPr>
      </w:pPr>
    </w:p>
    <w:p w14:paraId="335005D1" w14:textId="77777777" w:rsidR="002B098E" w:rsidRDefault="002B098E" w:rsidP="002B098E">
      <w:pPr>
        <w:spacing w:after="0" w:line="240" w:lineRule="auto"/>
        <w:ind w:firstLine="0"/>
        <w:jc w:val="center"/>
        <w:rPr>
          <w:rFonts w:cs="Arial"/>
          <w:bCs/>
          <w:iCs/>
          <w:lang w:val="pt-BR"/>
        </w:rPr>
      </w:pPr>
    </w:p>
    <w:p w14:paraId="1FFC01DD" w14:textId="77777777" w:rsidR="002B098E" w:rsidRDefault="002B098E" w:rsidP="002B098E">
      <w:pPr>
        <w:spacing w:after="0" w:line="240" w:lineRule="auto"/>
        <w:ind w:firstLine="0"/>
        <w:jc w:val="center"/>
        <w:rPr>
          <w:rFonts w:cs="Arial"/>
          <w:bCs/>
          <w:iCs/>
          <w:lang w:val="pt-BR"/>
        </w:rPr>
      </w:pPr>
    </w:p>
    <w:p w14:paraId="313AD755" w14:textId="672AF9B6" w:rsidR="002B098E" w:rsidRPr="002B098E" w:rsidRDefault="002B098E" w:rsidP="002B098E">
      <w:pPr>
        <w:spacing w:after="0" w:line="240" w:lineRule="auto"/>
        <w:ind w:firstLine="0"/>
        <w:jc w:val="center"/>
        <w:rPr>
          <w:rFonts w:cs="Arial"/>
          <w:sz w:val="28"/>
          <w:szCs w:val="24"/>
          <w:lang w:val="pt-BR"/>
        </w:rPr>
      </w:pPr>
      <w:r w:rsidRPr="002B098E">
        <w:rPr>
          <w:rFonts w:cs="Arial"/>
          <w:sz w:val="28"/>
          <w:szCs w:val="24"/>
          <w:lang w:val="pt-BR"/>
        </w:rPr>
        <w:t>LISTA DE ABREVIATURAS</w:t>
      </w:r>
    </w:p>
    <w:p w14:paraId="0F5C242C" w14:textId="77777777" w:rsidR="002B098E" w:rsidRDefault="002B098E" w:rsidP="002B098E">
      <w:pPr>
        <w:spacing w:after="0" w:line="240" w:lineRule="auto"/>
        <w:ind w:firstLine="0"/>
        <w:jc w:val="center"/>
        <w:rPr>
          <w:rFonts w:cs="Arial"/>
          <w:bCs/>
          <w:iCs/>
          <w:lang w:val="pt-BR"/>
        </w:rPr>
      </w:pPr>
    </w:p>
    <w:p w14:paraId="39639938" w14:textId="77777777" w:rsidR="002B098E" w:rsidRDefault="002B098E" w:rsidP="002B098E">
      <w:pPr>
        <w:spacing w:after="0" w:line="240" w:lineRule="auto"/>
        <w:ind w:firstLine="0"/>
        <w:jc w:val="center"/>
        <w:rPr>
          <w:rFonts w:cs="Arial"/>
          <w:bCs/>
          <w:iCs/>
          <w:lang w:val="pt-BR"/>
        </w:rPr>
      </w:pPr>
    </w:p>
    <w:p w14:paraId="3CF9BBCE" w14:textId="77777777" w:rsidR="002B098E" w:rsidRDefault="002B098E" w:rsidP="002B098E">
      <w:pPr>
        <w:spacing w:after="0" w:line="240" w:lineRule="auto"/>
        <w:ind w:firstLine="0"/>
        <w:jc w:val="center"/>
        <w:rPr>
          <w:rFonts w:cs="Arial"/>
          <w:bCs/>
          <w:iCs/>
          <w:lang w:val="pt-BR"/>
        </w:rPr>
      </w:pPr>
    </w:p>
    <w:p w14:paraId="709134CE" w14:textId="77777777" w:rsidR="0039700B" w:rsidRPr="002B098E" w:rsidRDefault="00000000">
      <w:pPr>
        <w:spacing w:after="120" w:line="240" w:lineRule="auto"/>
        <w:ind w:firstLine="0"/>
        <w:rPr>
          <w:lang w:val="pt-BR"/>
        </w:rPr>
      </w:pPr>
      <w:r w:rsidRPr="002B098E">
        <w:rPr>
          <w:lang w:val="pt-BR"/>
        </w:rPr>
        <w:t>ABNT   Associação Brasileira de Normas Técnicas</w:t>
      </w:r>
    </w:p>
    <w:p w14:paraId="0DA3B8B4" w14:textId="77777777" w:rsidR="0039700B" w:rsidRPr="002B098E" w:rsidRDefault="00000000">
      <w:pPr>
        <w:spacing w:after="120" w:line="240" w:lineRule="auto"/>
        <w:ind w:firstLine="0"/>
        <w:rPr>
          <w:lang w:val="pt-BR"/>
        </w:rPr>
      </w:pPr>
      <w:r w:rsidRPr="002B098E">
        <w:rPr>
          <w:lang w:val="pt-BR"/>
        </w:rPr>
        <w:t>CEUA   Comissão de Ética no Uso de Animais</w:t>
      </w:r>
    </w:p>
    <w:p w14:paraId="5CF17A3A" w14:textId="77777777" w:rsidR="0039700B" w:rsidRPr="002B098E" w:rsidRDefault="00000000">
      <w:pPr>
        <w:spacing w:after="120" w:line="240" w:lineRule="auto"/>
        <w:ind w:firstLine="0"/>
        <w:rPr>
          <w:lang w:val="pt-BR"/>
        </w:rPr>
      </w:pPr>
      <w:r w:rsidRPr="002B098E">
        <w:rPr>
          <w:lang w:val="pt-BR"/>
        </w:rPr>
        <w:t>CEP    Comitê de Ética em Pesquisa</w:t>
      </w:r>
    </w:p>
    <w:p w14:paraId="36EADCAF" w14:textId="77777777" w:rsidR="0039700B" w:rsidRPr="002B098E" w:rsidRDefault="00000000">
      <w:pPr>
        <w:spacing w:after="120" w:line="240" w:lineRule="auto"/>
        <w:ind w:firstLine="0"/>
        <w:rPr>
          <w:lang w:val="pt-BR"/>
        </w:rPr>
      </w:pPr>
      <w:r w:rsidRPr="002B098E">
        <w:rPr>
          <w:lang w:val="pt-BR"/>
        </w:rPr>
        <w:t>ODS    Objetivos de Desenvolvimento Sustentável</w:t>
      </w:r>
    </w:p>
    <w:p w14:paraId="6B2108B4" w14:textId="77777777" w:rsidR="0039700B" w:rsidRPr="002B098E" w:rsidRDefault="00000000">
      <w:pPr>
        <w:rPr>
          <w:lang w:val="pt-BR"/>
        </w:rPr>
      </w:pPr>
      <w:r w:rsidRPr="002B098E">
        <w:rPr>
          <w:lang w:val="pt-BR"/>
        </w:rPr>
        <w:br w:type="page"/>
      </w:r>
    </w:p>
    <w:p w14:paraId="0A45E94E" w14:textId="77777777" w:rsidR="002B098E" w:rsidRDefault="002B098E" w:rsidP="002B098E">
      <w:pPr>
        <w:spacing w:after="0" w:line="240" w:lineRule="auto"/>
        <w:ind w:firstLine="0"/>
        <w:jc w:val="center"/>
        <w:rPr>
          <w:rFonts w:cs="Arial"/>
          <w:bCs/>
          <w:iCs/>
          <w:lang w:val="pt-BR"/>
        </w:rPr>
      </w:pPr>
    </w:p>
    <w:p w14:paraId="371404D7" w14:textId="77777777" w:rsidR="002B098E" w:rsidRDefault="002B098E" w:rsidP="002B098E">
      <w:pPr>
        <w:spacing w:after="0" w:line="240" w:lineRule="auto"/>
        <w:ind w:firstLine="0"/>
        <w:jc w:val="center"/>
        <w:rPr>
          <w:rFonts w:cs="Arial"/>
          <w:bCs/>
          <w:iCs/>
          <w:lang w:val="pt-BR"/>
        </w:rPr>
      </w:pPr>
    </w:p>
    <w:p w14:paraId="160A8C17" w14:textId="77777777" w:rsidR="002B098E" w:rsidRDefault="002B098E" w:rsidP="002B098E">
      <w:pPr>
        <w:spacing w:after="0" w:line="240" w:lineRule="auto"/>
        <w:ind w:firstLine="0"/>
        <w:jc w:val="center"/>
        <w:rPr>
          <w:rFonts w:cs="Arial"/>
          <w:bCs/>
          <w:iCs/>
          <w:lang w:val="pt-BR"/>
        </w:rPr>
      </w:pPr>
    </w:p>
    <w:p w14:paraId="2DAD1BFC" w14:textId="77777777" w:rsidR="002B098E" w:rsidRDefault="002B098E" w:rsidP="002B098E">
      <w:pPr>
        <w:spacing w:after="0" w:line="240" w:lineRule="auto"/>
        <w:ind w:firstLine="0"/>
        <w:jc w:val="center"/>
        <w:rPr>
          <w:rFonts w:cs="Arial"/>
          <w:bCs/>
          <w:iCs/>
          <w:lang w:val="pt-BR"/>
        </w:rPr>
      </w:pPr>
    </w:p>
    <w:p w14:paraId="65174CEA" w14:textId="77777777" w:rsidR="002B098E" w:rsidRDefault="002B098E" w:rsidP="002B098E">
      <w:pPr>
        <w:spacing w:after="0" w:line="240" w:lineRule="auto"/>
        <w:ind w:firstLine="0"/>
        <w:jc w:val="center"/>
        <w:rPr>
          <w:rFonts w:cs="Arial"/>
          <w:bCs/>
          <w:iCs/>
          <w:lang w:val="pt-BR"/>
        </w:rPr>
      </w:pPr>
    </w:p>
    <w:p w14:paraId="49EE99F4" w14:textId="04FBF6D2" w:rsidR="002B098E" w:rsidRPr="002B098E" w:rsidRDefault="002B098E" w:rsidP="002B098E">
      <w:pPr>
        <w:spacing w:after="0" w:line="240" w:lineRule="auto"/>
        <w:ind w:firstLine="0"/>
        <w:jc w:val="center"/>
        <w:rPr>
          <w:rFonts w:cs="Arial"/>
          <w:sz w:val="28"/>
          <w:szCs w:val="24"/>
          <w:lang w:val="pt-BR"/>
        </w:rPr>
      </w:pPr>
      <w:r>
        <w:rPr>
          <w:rFonts w:cs="Arial"/>
          <w:sz w:val="28"/>
          <w:szCs w:val="24"/>
          <w:lang w:val="pt-BR"/>
        </w:rPr>
        <w:t>RESUMO</w:t>
      </w:r>
    </w:p>
    <w:p w14:paraId="61950386" w14:textId="77777777" w:rsidR="002B098E" w:rsidRDefault="002B098E" w:rsidP="002B098E">
      <w:pPr>
        <w:spacing w:after="0" w:line="240" w:lineRule="auto"/>
        <w:ind w:firstLine="0"/>
        <w:jc w:val="center"/>
        <w:rPr>
          <w:rFonts w:cs="Arial"/>
          <w:bCs/>
          <w:iCs/>
          <w:lang w:val="pt-BR"/>
        </w:rPr>
      </w:pPr>
    </w:p>
    <w:p w14:paraId="2CB51C60" w14:textId="77777777" w:rsidR="002B098E" w:rsidRDefault="002B098E" w:rsidP="002B098E">
      <w:pPr>
        <w:spacing w:after="0" w:line="240" w:lineRule="auto"/>
        <w:ind w:firstLine="0"/>
        <w:jc w:val="center"/>
        <w:rPr>
          <w:rFonts w:cs="Arial"/>
          <w:bCs/>
          <w:iCs/>
          <w:lang w:val="pt-BR"/>
        </w:rPr>
      </w:pPr>
    </w:p>
    <w:p w14:paraId="3B0E498B" w14:textId="77777777" w:rsidR="002B098E" w:rsidRDefault="002B098E" w:rsidP="002B098E">
      <w:pPr>
        <w:spacing w:after="0" w:line="240" w:lineRule="auto"/>
        <w:ind w:firstLine="0"/>
        <w:jc w:val="center"/>
        <w:rPr>
          <w:rFonts w:cs="Arial"/>
          <w:bCs/>
          <w:iCs/>
          <w:lang w:val="pt-BR"/>
        </w:rPr>
      </w:pPr>
    </w:p>
    <w:p w14:paraId="6C17D273" w14:textId="1BD44F82" w:rsidR="00C6540B" w:rsidRPr="00C6540B" w:rsidRDefault="00FD6892" w:rsidP="00FD6892">
      <w:pPr>
        <w:spacing w:after="120" w:line="240" w:lineRule="auto"/>
        <w:ind w:firstLine="0"/>
        <w:rPr>
          <w:rFonts w:cs="Arial"/>
          <w:lang w:val="pt-BR"/>
        </w:rPr>
      </w:pPr>
      <w:r w:rsidRPr="00306140">
        <w:rPr>
          <w:rFonts w:cs="Arial"/>
          <w:lang w:val="pt-BR"/>
        </w:rPr>
        <w:t>O resumo deve apresentar, de forma concisa, o conteúdo da Dissertação/Tese, incluindo os objetivos, a citação de metodologias ou técnicas metodológicas, os resultados e as conclusões</w:t>
      </w:r>
      <w:r>
        <w:rPr>
          <w:rFonts w:cs="Arial"/>
          <w:lang w:val="pt-BR"/>
        </w:rPr>
        <w:t>,</w:t>
      </w:r>
      <w:r w:rsidRPr="00E90A17">
        <w:rPr>
          <w:rFonts w:cs="Arial"/>
          <w:lang w:val="pt-BR"/>
        </w:rPr>
        <w:t xml:space="preserve"> </w:t>
      </w:r>
      <w:r w:rsidRPr="00306140">
        <w:rPr>
          <w:rFonts w:cs="Arial"/>
          <w:lang w:val="pt-BR"/>
        </w:rPr>
        <w:t>utilizando letra ARIAL -12 espaçamento</w:t>
      </w:r>
      <w:r>
        <w:rPr>
          <w:rFonts w:cs="Arial"/>
          <w:lang w:val="pt-BR"/>
        </w:rPr>
        <w:t xml:space="preserve"> simples</w:t>
      </w:r>
      <w:r w:rsidR="006B08F8">
        <w:rPr>
          <w:rFonts w:cs="Arial"/>
          <w:lang w:val="pt-BR"/>
        </w:rPr>
        <w:t xml:space="preserve"> </w:t>
      </w:r>
      <w:r w:rsidR="006B08F8" w:rsidRPr="006B08F8">
        <w:rPr>
          <w:rFonts w:cs="Arial"/>
          <w:lang w:val="pt-BR"/>
        </w:rPr>
        <w:t>e sem recuo</w:t>
      </w:r>
      <w:r w:rsidRPr="00306140">
        <w:rPr>
          <w:rFonts w:cs="Arial"/>
          <w:lang w:val="pt-BR"/>
        </w:rPr>
        <w:t>.</w:t>
      </w:r>
      <w:r w:rsidR="006B08F8">
        <w:rPr>
          <w:rFonts w:cs="Arial"/>
          <w:lang w:val="pt-BR"/>
        </w:rPr>
        <w:t xml:space="preserve"> </w:t>
      </w:r>
      <w:proofErr w:type="gramStart"/>
      <w:r w:rsidR="00C6540B" w:rsidRPr="00C6540B">
        <w:rPr>
          <w:lang w:val="pt-BR"/>
        </w:rPr>
        <w:t>Elemento</w:t>
      </w:r>
      <w:proofErr w:type="gramEnd"/>
      <w:r w:rsidR="00C6540B" w:rsidRPr="00C6540B">
        <w:rPr>
          <w:lang w:val="pt-BR"/>
        </w:rPr>
        <w:t xml:space="preserve"> obrigatório e deve ser redigido em parágrafo único. Constituído de uma sequência de frases concisas e objetivas, deve ressaltar o objetivo, o método, os resultados e as conclusões do trabalho. Logo abaixo do resumo deve figurar a expressão “Palavras-chave”, com as palavras-chave separadas entre si por ponto e finalizadas por ponto, conforme a ABNT NBR 6028:2021 e a ABNT NBR 14724:2024. No resumo devem-se evitar símbolos, fórmulas, equações, diagramas e citação de autores que não sejam absolutamente necessários (quando seu emprego for imprescindível, defini-los na primeira vez que aparecerem).</w:t>
      </w:r>
    </w:p>
    <w:p w14:paraId="2533ABDD" w14:textId="334FD88B" w:rsidR="0039700B" w:rsidRPr="00FE279B" w:rsidRDefault="00000000">
      <w:pPr>
        <w:spacing w:after="120"/>
        <w:ind w:firstLine="0"/>
        <w:rPr>
          <w:lang w:val="pt-BR"/>
        </w:rPr>
      </w:pPr>
      <w:r w:rsidRPr="002B098E">
        <w:rPr>
          <w:lang w:val="pt-BR"/>
        </w:rPr>
        <w:t xml:space="preserve">Palavras-chave: Palavra-chave 1. Palavra-chave 2. </w:t>
      </w:r>
      <w:r w:rsidRPr="00FE279B">
        <w:rPr>
          <w:lang w:val="pt-BR"/>
        </w:rPr>
        <w:t>Palavra-chave 3.</w:t>
      </w:r>
    </w:p>
    <w:p w14:paraId="4A55146D" w14:textId="77777777" w:rsidR="0039700B" w:rsidRPr="00FE279B" w:rsidRDefault="00000000">
      <w:pPr>
        <w:rPr>
          <w:lang w:val="pt-BR"/>
        </w:rPr>
      </w:pPr>
      <w:r w:rsidRPr="00FE279B">
        <w:rPr>
          <w:lang w:val="pt-BR"/>
        </w:rPr>
        <w:br w:type="page"/>
      </w:r>
    </w:p>
    <w:p w14:paraId="42E3FC8E" w14:textId="77777777" w:rsidR="002B098E" w:rsidRDefault="002B098E" w:rsidP="002B098E">
      <w:pPr>
        <w:spacing w:after="0" w:line="240" w:lineRule="auto"/>
        <w:ind w:firstLine="0"/>
        <w:jc w:val="center"/>
        <w:rPr>
          <w:rFonts w:cs="Arial"/>
          <w:bCs/>
          <w:iCs/>
          <w:lang w:val="pt-BR"/>
        </w:rPr>
      </w:pPr>
    </w:p>
    <w:p w14:paraId="3F5CBBBD" w14:textId="77777777" w:rsidR="002B098E" w:rsidRDefault="002B098E" w:rsidP="002B098E">
      <w:pPr>
        <w:spacing w:after="0" w:line="240" w:lineRule="auto"/>
        <w:ind w:firstLine="0"/>
        <w:jc w:val="center"/>
        <w:rPr>
          <w:rFonts w:cs="Arial"/>
          <w:bCs/>
          <w:iCs/>
          <w:lang w:val="pt-BR"/>
        </w:rPr>
      </w:pPr>
    </w:p>
    <w:p w14:paraId="639B0791" w14:textId="77777777" w:rsidR="002B098E" w:rsidRDefault="002B098E" w:rsidP="002B098E">
      <w:pPr>
        <w:spacing w:after="0" w:line="240" w:lineRule="auto"/>
        <w:ind w:firstLine="0"/>
        <w:jc w:val="center"/>
        <w:rPr>
          <w:rFonts w:cs="Arial"/>
          <w:bCs/>
          <w:iCs/>
          <w:lang w:val="pt-BR"/>
        </w:rPr>
      </w:pPr>
    </w:p>
    <w:p w14:paraId="4D7E3192" w14:textId="77777777" w:rsidR="002B098E" w:rsidRDefault="002B098E" w:rsidP="002B098E">
      <w:pPr>
        <w:spacing w:after="0" w:line="240" w:lineRule="auto"/>
        <w:ind w:firstLine="0"/>
        <w:jc w:val="center"/>
        <w:rPr>
          <w:rFonts w:cs="Arial"/>
          <w:bCs/>
          <w:iCs/>
          <w:lang w:val="pt-BR"/>
        </w:rPr>
      </w:pPr>
    </w:p>
    <w:p w14:paraId="7D409D74" w14:textId="77777777" w:rsidR="002B098E" w:rsidRDefault="002B098E" w:rsidP="002B098E">
      <w:pPr>
        <w:spacing w:after="0" w:line="240" w:lineRule="auto"/>
        <w:ind w:firstLine="0"/>
        <w:jc w:val="center"/>
        <w:rPr>
          <w:rFonts w:cs="Arial"/>
          <w:bCs/>
          <w:iCs/>
          <w:lang w:val="pt-BR"/>
        </w:rPr>
      </w:pPr>
    </w:p>
    <w:p w14:paraId="26E67A0C" w14:textId="6190F170" w:rsidR="002B098E" w:rsidRPr="00FD6892" w:rsidRDefault="00FD6892" w:rsidP="002B098E">
      <w:pPr>
        <w:spacing w:after="0" w:line="240" w:lineRule="auto"/>
        <w:ind w:firstLine="0"/>
        <w:jc w:val="center"/>
        <w:rPr>
          <w:rFonts w:cs="Arial"/>
          <w:sz w:val="28"/>
          <w:szCs w:val="24"/>
          <w:lang w:val="pt-BR"/>
        </w:rPr>
      </w:pPr>
      <w:r w:rsidRPr="00FD6892">
        <w:rPr>
          <w:rFonts w:cs="Arial"/>
          <w:sz w:val="28"/>
          <w:szCs w:val="24"/>
          <w:lang w:val="pt-BR"/>
        </w:rPr>
        <w:t>ABSTRACT</w:t>
      </w:r>
    </w:p>
    <w:p w14:paraId="3F261712" w14:textId="77777777" w:rsidR="00FD6892" w:rsidRPr="00FE279B" w:rsidRDefault="00FD6892" w:rsidP="002B098E">
      <w:pPr>
        <w:spacing w:after="0" w:line="240" w:lineRule="auto"/>
        <w:ind w:firstLine="0"/>
        <w:jc w:val="center"/>
        <w:rPr>
          <w:rFonts w:cs="Arial"/>
          <w:bCs/>
          <w:iCs/>
          <w:lang w:val="pt-BR"/>
        </w:rPr>
      </w:pPr>
    </w:p>
    <w:p w14:paraId="72E4E563" w14:textId="77777777" w:rsidR="002B098E" w:rsidRPr="00FE279B" w:rsidRDefault="002B098E" w:rsidP="002B098E">
      <w:pPr>
        <w:spacing w:after="0" w:line="240" w:lineRule="auto"/>
        <w:ind w:firstLine="0"/>
        <w:jc w:val="center"/>
        <w:rPr>
          <w:rFonts w:cs="Arial"/>
          <w:bCs/>
          <w:iCs/>
          <w:lang w:val="pt-BR"/>
        </w:rPr>
      </w:pPr>
    </w:p>
    <w:p w14:paraId="52410EA9" w14:textId="77777777" w:rsidR="002B098E" w:rsidRPr="00FE279B" w:rsidRDefault="002B098E" w:rsidP="002B098E">
      <w:pPr>
        <w:spacing w:after="0" w:line="240" w:lineRule="auto"/>
        <w:ind w:firstLine="0"/>
        <w:jc w:val="center"/>
        <w:rPr>
          <w:rFonts w:cs="Arial"/>
          <w:bCs/>
          <w:iCs/>
          <w:lang w:val="pt-BR"/>
        </w:rPr>
      </w:pPr>
    </w:p>
    <w:p w14:paraId="10F1D5E6" w14:textId="35DDDB1B" w:rsidR="00FD6892" w:rsidRDefault="00FD6892" w:rsidP="00FD6892">
      <w:pPr>
        <w:spacing w:after="120" w:line="240" w:lineRule="auto"/>
        <w:ind w:firstLine="0"/>
        <w:rPr>
          <w:rFonts w:cs="Arial"/>
          <w:lang w:val="pt-BR"/>
        </w:rPr>
      </w:pPr>
      <w:r w:rsidRPr="00306140">
        <w:rPr>
          <w:rFonts w:cs="Arial"/>
          <w:lang w:val="pt-BR"/>
        </w:rPr>
        <w:t>O conteúdo do abstract inicia-se junto à margem esquerda, a três (3) espaços simples abaixo do título.</w:t>
      </w:r>
      <w:r>
        <w:rPr>
          <w:rFonts w:cs="Arial"/>
          <w:lang w:val="pt-BR"/>
        </w:rPr>
        <w:t xml:space="preserve"> </w:t>
      </w:r>
      <w:r w:rsidRPr="00306140">
        <w:rPr>
          <w:rFonts w:cs="Arial"/>
          <w:lang w:val="pt-BR"/>
        </w:rPr>
        <w:t xml:space="preserve">O abstract consiste na versão fiel, em inglês, do conteúdo, como aparece no resumo. </w:t>
      </w:r>
      <w:r w:rsidR="00500F7B">
        <w:rPr>
          <w:rFonts w:cs="Arial"/>
          <w:lang w:val="pt-BR"/>
        </w:rPr>
        <w:t>Seguir as mesmas normas do resumo</w:t>
      </w:r>
    </w:p>
    <w:p w14:paraId="117BC68B" w14:textId="35C2E5AC" w:rsidR="0039700B" w:rsidRPr="002B098E" w:rsidRDefault="00000000">
      <w:pPr>
        <w:spacing w:after="120"/>
        <w:ind w:firstLine="0"/>
        <w:rPr>
          <w:lang w:val="pt-BR"/>
        </w:rPr>
      </w:pPr>
      <w:r w:rsidRPr="00FE279B">
        <w:rPr>
          <w:lang w:val="pt-BR"/>
        </w:rPr>
        <w:t xml:space="preserve">Keywords: </w:t>
      </w:r>
      <w:proofErr w:type="spellStart"/>
      <w:r w:rsidRPr="00FE279B">
        <w:rPr>
          <w:lang w:val="pt-BR"/>
        </w:rPr>
        <w:t>Keyword</w:t>
      </w:r>
      <w:proofErr w:type="spellEnd"/>
      <w:r w:rsidRPr="00FE279B">
        <w:rPr>
          <w:lang w:val="pt-BR"/>
        </w:rPr>
        <w:t xml:space="preserve"> 1. </w:t>
      </w:r>
      <w:proofErr w:type="spellStart"/>
      <w:r w:rsidRPr="002B098E">
        <w:rPr>
          <w:lang w:val="pt-BR"/>
        </w:rPr>
        <w:t>Keyword</w:t>
      </w:r>
      <w:proofErr w:type="spellEnd"/>
      <w:r w:rsidRPr="002B098E">
        <w:rPr>
          <w:lang w:val="pt-BR"/>
        </w:rPr>
        <w:t xml:space="preserve"> 2. </w:t>
      </w:r>
      <w:proofErr w:type="spellStart"/>
      <w:r w:rsidRPr="002B098E">
        <w:rPr>
          <w:lang w:val="pt-BR"/>
        </w:rPr>
        <w:t>Keyword</w:t>
      </w:r>
      <w:proofErr w:type="spellEnd"/>
      <w:r w:rsidRPr="002B098E">
        <w:rPr>
          <w:lang w:val="pt-BR"/>
        </w:rPr>
        <w:t xml:space="preserve"> 3.</w:t>
      </w:r>
    </w:p>
    <w:p w14:paraId="547C74FF" w14:textId="77777777" w:rsidR="0039700B" w:rsidRPr="002B098E" w:rsidRDefault="00000000">
      <w:pPr>
        <w:rPr>
          <w:lang w:val="pt-BR"/>
        </w:rPr>
      </w:pPr>
      <w:r w:rsidRPr="002B098E">
        <w:rPr>
          <w:lang w:val="pt-BR"/>
        </w:rPr>
        <w:br w:type="page"/>
      </w:r>
    </w:p>
    <w:p w14:paraId="5CCFD36C" w14:textId="77777777" w:rsidR="00FD6892" w:rsidRDefault="00FD6892" w:rsidP="00FD6892">
      <w:pPr>
        <w:spacing w:after="0" w:line="240" w:lineRule="auto"/>
        <w:ind w:firstLine="0"/>
        <w:jc w:val="center"/>
        <w:rPr>
          <w:rFonts w:cs="Arial"/>
          <w:bCs/>
          <w:iCs/>
          <w:lang w:val="pt-BR"/>
        </w:rPr>
      </w:pPr>
    </w:p>
    <w:p w14:paraId="2BEEB386" w14:textId="77777777" w:rsidR="00FD6892" w:rsidRDefault="00FD6892" w:rsidP="00FD6892">
      <w:pPr>
        <w:spacing w:after="0" w:line="240" w:lineRule="auto"/>
        <w:ind w:firstLine="0"/>
        <w:jc w:val="center"/>
        <w:rPr>
          <w:rFonts w:cs="Arial"/>
          <w:bCs/>
          <w:iCs/>
          <w:lang w:val="pt-BR"/>
        </w:rPr>
      </w:pPr>
    </w:p>
    <w:p w14:paraId="7F69D49F" w14:textId="77777777" w:rsidR="00FD6892" w:rsidRDefault="00FD6892" w:rsidP="00FD6892">
      <w:pPr>
        <w:spacing w:after="0" w:line="240" w:lineRule="auto"/>
        <w:ind w:firstLine="0"/>
        <w:jc w:val="center"/>
        <w:rPr>
          <w:rFonts w:cs="Arial"/>
          <w:bCs/>
          <w:iCs/>
          <w:lang w:val="pt-BR"/>
        </w:rPr>
      </w:pPr>
    </w:p>
    <w:p w14:paraId="1A0ED9C4" w14:textId="77777777" w:rsidR="00FD6892" w:rsidRDefault="00FD6892" w:rsidP="00FD6892">
      <w:pPr>
        <w:spacing w:after="0" w:line="240" w:lineRule="auto"/>
        <w:ind w:firstLine="0"/>
        <w:jc w:val="center"/>
        <w:rPr>
          <w:rFonts w:cs="Arial"/>
          <w:bCs/>
          <w:iCs/>
          <w:lang w:val="pt-BR"/>
        </w:rPr>
      </w:pPr>
    </w:p>
    <w:p w14:paraId="46C4ED60" w14:textId="77777777" w:rsidR="00FD6892" w:rsidRDefault="00FD6892" w:rsidP="00FD6892">
      <w:pPr>
        <w:spacing w:after="0" w:line="240" w:lineRule="auto"/>
        <w:ind w:firstLine="0"/>
        <w:jc w:val="center"/>
        <w:rPr>
          <w:rFonts w:cs="Arial"/>
          <w:bCs/>
          <w:iCs/>
          <w:lang w:val="pt-BR"/>
        </w:rPr>
      </w:pPr>
    </w:p>
    <w:p w14:paraId="43335A2E" w14:textId="58832EDB" w:rsidR="00FD6892" w:rsidRDefault="00FD6892" w:rsidP="00FD6892">
      <w:pPr>
        <w:spacing w:after="0" w:line="240" w:lineRule="auto"/>
        <w:ind w:firstLine="0"/>
        <w:jc w:val="center"/>
        <w:rPr>
          <w:rFonts w:cs="Arial"/>
          <w:sz w:val="28"/>
          <w:szCs w:val="24"/>
          <w:lang w:val="pt-BR"/>
        </w:rPr>
      </w:pPr>
      <w:r w:rsidRPr="00FD6892">
        <w:rPr>
          <w:rFonts w:cs="Arial"/>
          <w:sz w:val="28"/>
          <w:szCs w:val="24"/>
          <w:lang w:val="pt-BR"/>
        </w:rPr>
        <w:t>DIVULGAÇÃO E TRANSFERÊNCIA DE CONHECIMENTO</w:t>
      </w:r>
    </w:p>
    <w:p w14:paraId="6F771048" w14:textId="77777777" w:rsidR="00FD6892" w:rsidRPr="00FD6892" w:rsidRDefault="00FD6892" w:rsidP="00FD6892">
      <w:pPr>
        <w:spacing w:after="0" w:line="240" w:lineRule="auto"/>
        <w:ind w:firstLine="0"/>
        <w:jc w:val="center"/>
        <w:rPr>
          <w:rFonts w:cs="Arial"/>
          <w:bCs/>
          <w:iCs/>
          <w:lang w:val="pt-BR"/>
        </w:rPr>
      </w:pPr>
    </w:p>
    <w:p w14:paraId="24178169" w14:textId="77777777" w:rsidR="00FD6892" w:rsidRPr="00FD6892" w:rsidRDefault="00FD6892" w:rsidP="00FD6892">
      <w:pPr>
        <w:spacing w:after="0" w:line="240" w:lineRule="auto"/>
        <w:ind w:firstLine="0"/>
        <w:jc w:val="center"/>
        <w:rPr>
          <w:rFonts w:cs="Arial"/>
          <w:bCs/>
          <w:iCs/>
          <w:lang w:val="pt-BR"/>
        </w:rPr>
      </w:pPr>
    </w:p>
    <w:p w14:paraId="34CC65CC" w14:textId="77777777" w:rsidR="00FD6892" w:rsidRPr="00FD6892" w:rsidRDefault="00FD6892" w:rsidP="00FD6892">
      <w:pPr>
        <w:spacing w:after="0" w:line="240" w:lineRule="auto"/>
        <w:ind w:firstLine="0"/>
        <w:jc w:val="center"/>
        <w:rPr>
          <w:rFonts w:cs="Arial"/>
          <w:bCs/>
          <w:iCs/>
          <w:lang w:val="pt-BR"/>
        </w:rPr>
      </w:pPr>
    </w:p>
    <w:p w14:paraId="7620FED3" w14:textId="2F565D9C" w:rsidR="0039700B" w:rsidRPr="002B098E" w:rsidRDefault="00000000" w:rsidP="006B08F8">
      <w:pPr>
        <w:spacing w:after="120"/>
        <w:rPr>
          <w:lang w:val="pt-BR"/>
        </w:rPr>
      </w:pPr>
      <w:r w:rsidRPr="002B098E">
        <w:rPr>
          <w:lang w:val="pt-BR"/>
        </w:rPr>
        <w:t>Neste item deverá ser redigido um parágrafo único de até 200 palavras, com a explicação dos resultados do trabalho, sendo destinado ao público não especialista na área. A linguagem deve ser acessível e sem jargões, termos técnicos, abreviaturas e siglas. Fonte Arial 12, espaçamento 1,5</w:t>
      </w:r>
      <w:r w:rsidR="003D13E9">
        <w:rPr>
          <w:lang w:val="pt-BR"/>
        </w:rPr>
        <w:t>.</w:t>
      </w:r>
      <w:r w:rsidR="003D13E9" w:rsidRPr="003D13E9">
        <w:rPr>
          <w:rFonts w:cs="Arial"/>
          <w:lang w:val="pt-BR"/>
        </w:rPr>
        <w:t xml:space="preserve"> </w:t>
      </w:r>
      <w:r w:rsidR="003D13E9">
        <w:rPr>
          <w:rFonts w:cs="Arial"/>
          <w:lang w:val="pt-BR"/>
        </w:rPr>
        <w:t>O</w:t>
      </w:r>
      <w:r w:rsidR="003D13E9" w:rsidRPr="00306140">
        <w:rPr>
          <w:rFonts w:cs="Arial"/>
          <w:lang w:val="pt-BR"/>
        </w:rPr>
        <w:t xml:space="preserve"> parágrafo deverá ser formatado com recuo de 1 cm a partir da margem esquerda</w:t>
      </w:r>
    </w:p>
    <w:p w14:paraId="6ADCDE2F" w14:textId="77777777" w:rsidR="0039700B" w:rsidRPr="002B098E" w:rsidRDefault="00000000">
      <w:pPr>
        <w:rPr>
          <w:lang w:val="pt-BR"/>
        </w:rPr>
      </w:pPr>
      <w:r w:rsidRPr="002B098E">
        <w:rPr>
          <w:lang w:val="pt-BR"/>
        </w:rPr>
        <w:br w:type="page"/>
      </w:r>
    </w:p>
    <w:p w14:paraId="4FDEE722" w14:textId="77777777" w:rsidR="00FD6892" w:rsidRDefault="00FD6892" w:rsidP="00FD6892">
      <w:pPr>
        <w:spacing w:after="0" w:line="240" w:lineRule="auto"/>
        <w:ind w:firstLine="0"/>
        <w:jc w:val="center"/>
        <w:rPr>
          <w:rFonts w:cs="Arial"/>
          <w:bCs/>
          <w:iCs/>
          <w:lang w:val="pt-BR"/>
        </w:rPr>
      </w:pPr>
    </w:p>
    <w:p w14:paraId="3555DBB1" w14:textId="77777777" w:rsidR="00FD6892" w:rsidRDefault="00FD6892" w:rsidP="00FD6892">
      <w:pPr>
        <w:spacing w:after="0" w:line="240" w:lineRule="auto"/>
        <w:ind w:firstLine="0"/>
        <w:jc w:val="center"/>
        <w:rPr>
          <w:rFonts w:cs="Arial"/>
          <w:bCs/>
          <w:iCs/>
          <w:lang w:val="pt-BR"/>
        </w:rPr>
      </w:pPr>
    </w:p>
    <w:p w14:paraId="39D9F50F" w14:textId="77777777" w:rsidR="00FD6892" w:rsidRDefault="00FD6892" w:rsidP="00FD6892">
      <w:pPr>
        <w:spacing w:after="0" w:line="240" w:lineRule="auto"/>
        <w:ind w:firstLine="0"/>
        <w:jc w:val="center"/>
        <w:rPr>
          <w:rFonts w:cs="Arial"/>
          <w:bCs/>
          <w:iCs/>
          <w:lang w:val="pt-BR"/>
        </w:rPr>
      </w:pPr>
    </w:p>
    <w:p w14:paraId="799B1F88" w14:textId="77777777" w:rsidR="00FD6892" w:rsidRDefault="00FD6892" w:rsidP="00FD6892">
      <w:pPr>
        <w:spacing w:after="0" w:line="240" w:lineRule="auto"/>
        <w:ind w:firstLine="0"/>
        <w:jc w:val="center"/>
        <w:rPr>
          <w:rFonts w:cs="Arial"/>
          <w:bCs/>
          <w:iCs/>
          <w:lang w:val="pt-BR"/>
        </w:rPr>
      </w:pPr>
    </w:p>
    <w:p w14:paraId="4F159180" w14:textId="77777777" w:rsidR="00FD6892" w:rsidRDefault="00FD6892" w:rsidP="00FD6892">
      <w:pPr>
        <w:spacing w:after="0" w:line="240" w:lineRule="auto"/>
        <w:ind w:firstLine="0"/>
        <w:jc w:val="center"/>
        <w:rPr>
          <w:rFonts w:cs="Arial"/>
          <w:bCs/>
          <w:iCs/>
          <w:lang w:val="pt-BR"/>
        </w:rPr>
      </w:pPr>
    </w:p>
    <w:p w14:paraId="097BC753" w14:textId="48ADB9D6" w:rsidR="00FD6892" w:rsidRDefault="00FD6892" w:rsidP="00FD6892">
      <w:pPr>
        <w:spacing w:after="0" w:line="240" w:lineRule="auto"/>
        <w:ind w:firstLine="0"/>
        <w:jc w:val="center"/>
        <w:rPr>
          <w:rFonts w:cs="Arial"/>
          <w:sz w:val="28"/>
          <w:szCs w:val="24"/>
          <w:lang w:val="pt-BR"/>
        </w:rPr>
      </w:pPr>
      <w:r>
        <w:rPr>
          <w:rFonts w:cs="Arial"/>
          <w:sz w:val="28"/>
          <w:szCs w:val="24"/>
          <w:lang w:val="pt-BR"/>
        </w:rPr>
        <w:t>INTRODUÇÃO</w:t>
      </w:r>
    </w:p>
    <w:p w14:paraId="6C9A7D3D" w14:textId="77777777" w:rsidR="00FD6892" w:rsidRPr="00FD6892" w:rsidRDefault="00FD6892" w:rsidP="00FD6892">
      <w:pPr>
        <w:spacing w:after="0" w:line="240" w:lineRule="auto"/>
        <w:ind w:firstLine="0"/>
        <w:jc w:val="center"/>
        <w:rPr>
          <w:rFonts w:cs="Arial"/>
          <w:bCs/>
          <w:iCs/>
          <w:lang w:val="pt-BR"/>
        </w:rPr>
      </w:pPr>
    </w:p>
    <w:p w14:paraId="7DC36EF0" w14:textId="77777777" w:rsidR="00FD6892" w:rsidRPr="00FD6892" w:rsidRDefault="00FD6892" w:rsidP="00FD6892">
      <w:pPr>
        <w:spacing w:after="0" w:line="240" w:lineRule="auto"/>
        <w:ind w:firstLine="0"/>
        <w:jc w:val="center"/>
        <w:rPr>
          <w:rFonts w:cs="Arial"/>
          <w:bCs/>
          <w:iCs/>
          <w:lang w:val="pt-BR"/>
        </w:rPr>
      </w:pPr>
    </w:p>
    <w:p w14:paraId="4D83EF0A" w14:textId="77777777" w:rsidR="00FD6892" w:rsidRPr="00FD6892" w:rsidRDefault="00FD6892" w:rsidP="00FD6892">
      <w:pPr>
        <w:spacing w:after="0" w:line="240" w:lineRule="auto"/>
        <w:ind w:firstLine="0"/>
        <w:jc w:val="center"/>
        <w:rPr>
          <w:rFonts w:cs="Arial"/>
          <w:bCs/>
          <w:iCs/>
          <w:lang w:val="pt-BR"/>
        </w:rPr>
      </w:pPr>
    </w:p>
    <w:p w14:paraId="18DC29D4" w14:textId="6C9FBC0D" w:rsidR="003D13E9" w:rsidRPr="00720711" w:rsidRDefault="003D13E9" w:rsidP="003D13E9">
      <w:pPr>
        <w:spacing w:after="0"/>
        <w:rPr>
          <w:rFonts w:cs="Arial"/>
          <w:lang w:val="pt-BR"/>
        </w:rPr>
      </w:pPr>
      <w:r w:rsidRPr="00306140">
        <w:rPr>
          <w:rFonts w:cs="Arial"/>
          <w:lang w:val="pt-BR"/>
        </w:rPr>
        <w:t>O texto inicia-se a três espaços simples (letra-12) abaixo do título</w:t>
      </w:r>
      <w:r>
        <w:rPr>
          <w:rFonts w:cs="Arial"/>
          <w:lang w:val="pt-BR"/>
        </w:rPr>
        <w:t xml:space="preserve">. </w:t>
      </w:r>
      <w:r w:rsidRPr="00720711">
        <w:rPr>
          <w:rFonts w:cs="Arial"/>
          <w:szCs w:val="24"/>
          <w:lang w:val="pt-BR"/>
        </w:rPr>
        <w:t xml:space="preserve">A introdução deve ser compreensiva e fornecer uma visão global do trabalho, incluindo o tema e a justificativa com no </w:t>
      </w:r>
      <w:r w:rsidRPr="00720711">
        <w:rPr>
          <w:rFonts w:cs="Arial"/>
          <w:szCs w:val="24"/>
          <w:lang w:val="pt-BR"/>
        </w:rPr>
        <w:t>máximo</w:t>
      </w:r>
      <w:r w:rsidRPr="00720711">
        <w:rPr>
          <w:rFonts w:cs="Arial"/>
          <w:szCs w:val="24"/>
          <w:lang w:val="pt-BR"/>
        </w:rPr>
        <w:t xml:space="preserve"> </w:t>
      </w:r>
      <w:r>
        <w:rPr>
          <w:rFonts w:cs="Arial"/>
          <w:szCs w:val="24"/>
          <w:lang w:val="pt-BR"/>
        </w:rPr>
        <w:t xml:space="preserve">duas </w:t>
      </w:r>
      <w:proofErr w:type="gramStart"/>
      <w:r>
        <w:rPr>
          <w:rFonts w:cs="Arial"/>
          <w:szCs w:val="24"/>
          <w:lang w:val="pt-BR"/>
        </w:rPr>
        <w:t>paginas</w:t>
      </w:r>
      <w:proofErr w:type="gramEnd"/>
      <w:r>
        <w:rPr>
          <w:rFonts w:cs="Arial"/>
          <w:szCs w:val="24"/>
          <w:lang w:val="pt-BR"/>
        </w:rPr>
        <w:t>.</w:t>
      </w:r>
    </w:p>
    <w:p w14:paraId="513D5F70" w14:textId="77777777" w:rsidR="003D13E9" w:rsidRDefault="003D13E9" w:rsidP="003D13E9">
      <w:pPr>
        <w:spacing w:after="0"/>
        <w:rPr>
          <w:rFonts w:cs="Arial"/>
          <w:lang w:val="pt-BR"/>
        </w:rPr>
      </w:pPr>
      <w:r w:rsidRPr="00306140">
        <w:rPr>
          <w:rFonts w:cs="Arial"/>
          <w:lang w:val="pt-BR"/>
        </w:rPr>
        <w:t>O texto deverá ser escrito em letra Arial-12, justificado, espaçamento 1,5.</w:t>
      </w:r>
      <w:r>
        <w:rPr>
          <w:rFonts w:cs="Arial"/>
          <w:lang w:val="pt-BR"/>
        </w:rPr>
        <w:t xml:space="preserve"> </w:t>
      </w:r>
    </w:p>
    <w:p w14:paraId="3A833915" w14:textId="77777777" w:rsidR="003D13E9" w:rsidRPr="00306140" w:rsidRDefault="003D13E9" w:rsidP="003D13E9">
      <w:pPr>
        <w:spacing w:after="0"/>
        <w:rPr>
          <w:rFonts w:cs="Arial"/>
          <w:lang w:val="pt-BR"/>
        </w:rPr>
      </w:pPr>
      <w:r w:rsidRPr="00306140">
        <w:rPr>
          <w:rFonts w:cs="Arial"/>
          <w:lang w:val="pt-BR"/>
        </w:rPr>
        <w:t>Todo parágrafo deverá ser formatado com recuo de 1 cm a partir da margem esquerda.</w:t>
      </w:r>
    </w:p>
    <w:p w14:paraId="2F9C79C5" w14:textId="011024BE" w:rsidR="003D13E9" w:rsidRPr="003D13E9" w:rsidRDefault="003D13E9" w:rsidP="003D13E9">
      <w:pPr>
        <w:spacing w:after="0"/>
        <w:rPr>
          <w:rFonts w:cs="Arial"/>
          <w:lang w:val="pt-BR"/>
        </w:rPr>
      </w:pPr>
      <w:r w:rsidRPr="00306140">
        <w:rPr>
          <w:rFonts w:cs="Arial"/>
          <w:lang w:val="pt-BR"/>
        </w:rPr>
        <w:t>Todo parágrafo deverá ser formatado com recuo de 1 cm a partir da margem esquerda.</w:t>
      </w:r>
    </w:p>
    <w:p w14:paraId="7D2169E6" w14:textId="77777777" w:rsidR="00FD6892" w:rsidRPr="00306140" w:rsidRDefault="00FD6892" w:rsidP="00FD6892">
      <w:pPr>
        <w:spacing w:after="0"/>
        <w:rPr>
          <w:rFonts w:cs="Arial"/>
          <w:szCs w:val="24"/>
          <w:lang w:val="pt-BR"/>
        </w:rPr>
      </w:pPr>
      <w:r w:rsidRPr="00306140">
        <w:rPr>
          <w:rFonts w:cs="Arial"/>
          <w:szCs w:val="24"/>
          <w:lang w:val="pt-BR"/>
        </w:rPr>
        <w:t>A numeração das páginas passa a ser exibida a partir desta seção, no canto superior direito</w:t>
      </w:r>
      <w:r>
        <w:rPr>
          <w:rFonts w:cs="Arial"/>
          <w:szCs w:val="24"/>
          <w:lang w:val="pt-BR"/>
        </w:rPr>
        <w:t xml:space="preserve"> em algoritmo arábico</w:t>
      </w:r>
      <w:r w:rsidRPr="00306140">
        <w:rPr>
          <w:rFonts w:cs="Arial"/>
          <w:szCs w:val="24"/>
          <w:lang w:val="pt-BR"/>
        </w:rPr>
        <w:t>, mas a contagem deve considerar todas as páginas anteriores, ainda que os números não sejam nelas impressos. Ao final da introdução, o aluno deverá indicar expressamente quais Objetivos de Desenvolvimento Sustentável (ODS) são abordados ou relacionados ao texto.</w:t>
      </w:r>
    </w:p>
    <w:p w14:paraId="27B60366" w14:textId="77777777" w:rsidR="003D13E9" w:rsidRPr="003D13E9" w:rsidRDefault="003D13E9" w:rsidP="003D13E9">
      <w:pPr>
        <w:spacing w:after="0"/>
        <w:ind w:firstLine="709"/>
        <w:rPr>
          <w:rFonts w:cs="Arial"/>
          <w:sz w:val="28"/>
          <w:szCs w:val="28"/>
          <w:lang w:val="pt-BR"/>
        </w:rPr>
      </w:pPr>
      <w:r w:rsidRPr="003D13E9">
        <w:rPr>
          <w:rFonts w:cs="Arial"/>
          <w:szCs w:val="24"/>
          <w:lang w:val="pt-BR"/>
        </w:rPr>
        <w:t>Em todas as seções do texto em que o aluno utilizar informações ou trechos de publicações consultadas para a execução e redação do trabalho, é obrigatória a citação do autor ou da fonte utilizada, conforme o sistema de chamada autor-data previsto na ABNT NBR 10520:2023.</w:t>
      </w:r>
      <w:r w:rsidRPr="003D13E9">
        <w:rPr>
          <w:rFonts w:cs="Arial"/>
          <w:sz w:val="28"/>
          <w:szCs w:val="28"/>
          <w:lang w:val="pt-BR"/>
        </w:rPr>
        <w:t xml:space="preserve"> </w:t>
      </w:r>
      <w:r w:rsidRPr="003D13E9">
        <w:rPr>
          <w:rFonts w:cs="Arial"/>
          <w:szCs w:val="24"/>
          <w:lang w:val="pt-BR"/>
        </w:rPr>
        <w:t xml:space="preserve">Todas as citações no texto devem constar na seção de referência conforme referência normativa ABNT NBR 6023:2018. </w:t>
      </w:r>
    </w:p>
    <w:p w14:paraId="0CAD2451" w14:textId="77777777" w:rsidR="003D13E9" w:rsidRPr="003D13E9" w:rsidRDefault="003D13E9" w:rsidP="003D13E9">
      <w:pPr>
        <w:spacing w:after="0"/>
        <w:ind w:firstLine="708"/>
        <w:rPr>
          <w:rFonts w:cs="Arial"/>
          <w:szCs w:val="24"/>
          <w:lang w:val="pt-BR"/>
        </w:rPr>
      </w:pPr>
      <w:r w:rsidRPr="003D13E9">
        <w:rPr>
          <w:rFonts w:cs="Arial"/>
          <w:szCs w:val="24"/>
          <w:u w:val="single"/>
          <w:lang w:val="pt-BR"/>
        </w:rPr>
        <w:t>Citação direta</w:t>
      </w:r>
      <w:r w:rsidRPr="003D13E9">
        <w:rPr>
          <w:rFonts w:cs="Arial"/>
          <w:szCs w:val="24"/>
          <w:lang w:val="pt-BR"/>
        </w:rPr>
        <w:t xml:space="preserve"> é a transcrição textual (reprodução) de parte da obra do autor consultado, conservando-se a grafia, pontuação, e outras características do texto. Na citação direta, deve-se indicar o(s) número(s) da(s) página(s) da obra, referente à citação. </w:t>
      </w:r>
    </w:p>
    <w:p w14:paraId="6956FD1B" w14:textId="77777777" w:rsidR="003D13E9" w:rsidRPr="003D13E9" w:rsidRDefault="003D13E9" w:rsidP="003D13E9">
      <w:pPr>
        <w:spacing w:after="0"/>
        <w:ind w:firstLine="708"/>
        <w:rPr>
          <w:rFonts w:cs="Arial"/>
          <w:szCs w:val="24"/>
          <w:lang w:val="pt-BR"/>
        </w:rPr>
      </w:pPr>
      <w:r w:rsidRPr="003D13E9">
        <w:rPr>
          <w:rFonts w:cs="Arial"/>
          <w:szCs w:val="24"/>
          <w:lang w:val="pt-BR"/>
        </w:rPr>
        <w:t>As citações diretas de até três linhas, considerando a formatação de texto da monografia, devem estar contidas entre aspas duplas (“...”). As aspas simples (‘...’) são utilizadas para indicar citação no interior da citação.</w:t>
      </w:r>
    </w:p>
    <w:p w14:paraId="4938F22A" w14:textId="77777777" w:rsidR="003D13E9" w:rsidRPr="003D13E9" w:rsidRDefault="003D13E9" w:rsidP="003D13E9">
      <w:pPr>
        <w:spacing w:after="0"/>
        <w:rPr>
          <w:rFonts w:cs="Arial"/>
          <w:szCs w:val="24"/>
          <w:lang w:val="pt-BR"/>
        </w:rPr>
      </w:pPr>
    </w:p>
    <w:p w14:paraId="28AF0AAE" w14:textId="77777777" w:rsidR="003D13E9" w:rsidRPr="003D13E9" w:rsidRDefault="003D13E9" w:rsidP="003D13E9">
      <w:pPr>
        <w:spacing w:after="0"/>
        <w:rPr>
          <w:rFonts w:cs="Arial"/>
          <w:szCs w:val="24"/>
          <w:lang w:val="pt-BR"/>
        </w:rPr>
      </w:pPr>
      <w:r w:rsidRPr="003D13E9">
        <w:rPr>
          <w:rFonts w:cs="Arial"/>
          <w:szCs w:val="24"/>
          <w:lang w:val="pt-BR"/>
        </w:rPr>
        <w:t xml:space="preserve">Exemplo 1: </w:t>
      </w:r>
    </w:p>
    <w:p w14:paraId="5E396B62" w14:textId="77777777" w:rsidR="003D13E9" w:rsidRPr="003D13E9" w:rsidRDefault="003D13E9" w:rsidP="003D13E9">
      <w:pPr>
        <w:spacing w:after="0"/>
        <w:ind w:firstLine="708"/>
        <w:rPr>
          <w:rFonts w:cs="Arial"/>
          <w:szCs w:val="24"/>
          <w:lang w:val="pt-BR"/>
        </w:rPr>
      </w:pPr>
      <w:r w:rsidRPr="003D13E9">
        <w:rPr>
          <w:rFonts w:cs="Arial"/>
          <w:szCs w:val="24"/>
          <w:lang w:val="pt-BR"/>
        </w:rPr>
        <w:t>Frias (2008, p. 21) comenta: “Uma questão importante a salientar é [...] que um grande número de pessoas agredidas não procura atendimento médico.”</w:t>
      </w:r>
    </w:p>
    <w:p w14:paraId="5BD974F4" w14:textId="77777777" w:rsidR="003D13E9" w:rsidRPr="003D13E9" w:rsidRDefault="003D13E9" w:rsidP="003D13E9">
      <w:pPr>
        <w:spacing w:after="0"/>
        <w:rPr>
          <w:rFonts w:cs="Arial"/>
          <w:szCs w:val="24"/>
          <w:lang w:val="pt-BR"/>
        </w:rPr>
      </w:pPr>
    </w:p>
    <w:p w14:paraId="40689320" w14:textId="77777777" w:rsidR="003D13E9" w:rsidRPr="003D13E9" w:rsidRDefault="003D13E9" w:rsidP="003D13E9">
      <w:pPr>
        <w:spacing w:after="0"/>
        <w:rPr>
          <w:rFonts w:cs="Arial"/>
          <w:szCs w:val="24"/>
          <w:lang w:val="pt-BR"/>
        </w:rPr>
      </w:pPr>
      <w:r w:rsidRPr="003D13E9">
        <w:rPr>
          <w:rFonts w:cs="Arial"/>
          <w:szCs w:val="24"/>
          <w:lang w:val="pt-BR"/>
        </w:rPr>
        <w:t>Exemplo 2:</w:t>
      </w:r>
    </w:p>
    <w:p w14:paraId="06E10E57" w14:textId="77777777" w:rsidR="003D13E9" w:rsidRPr="003D13E9" w:rsidRDefault="003D13E9" w:rsidP="003D13E9">
      <w:pPr>
        <w:spacing w:after="0"/>
        <w:rPr>
          <w:rFonts w:cs="Arial"/>
          <w:szCs w:val="24"/>
          <w:lang w:val="pt-BR"/>
        </w:rPr>
      </w:pPr>
      <w:r w:rsidRPr="003D13E9">
        <w:rPr>
          <w:rFonts w:cs="Arial"/>
          <w:szCs w:val="24"/>
          <w:lang w:val="pt-BR"/>
        </w:rPr>
        <w:tab/>
        <w:t>[...] “A TIFOI é uma biotecnologia inovadora para a reprodução animal [...] a técnica dispensa o uso de hormônios para superovulação da doadora” (SILVA, 2019, p. 15).</w:t>
      </w:r>
    </w:p>
    <w:p w14:paraId="02EFDFAC" w14:textId="77777777" w:rsidR="003D13E9" w:rsidRPr="003D13E9" w:rsidRDefault="003D13E9" w:rsidP="003D13E9">
      <w:pPr>
        <w:spacing w:after="0"/>
        <w:rPr>
          <w:rFonts w:cs="Arial"/>
          <w:szCs w:val="24"/>
          <w:lang w:val="pt-BR"/>
        </w:rPr>
      </w:pPr>
      <w:r w:rsidRPr="003D13E9">
        <w:rPr>
          <w:rFonts w:cs="Arial"/>
          <w:szCs w:val="24"/>
          <w:lang w:val="pt-BR"/>
        </w:rPr>
        <w:t>Exemplo 3:</w:t>
      </w:r>
    </w:p>
    <w:p w14:paraId="47648893" w14:textId="77777777" w:rsidR="003D13E9" w:rsidRPr="003D13E9" w:rsidRDefault="003D13E9" w:rsidP="003D13E9">
      <w:pPr>
        <w:spacing w:after="0"/>
        <w:ind w:firstLine="708"/>
        <w:rPr>
          <w:rFonts w:cs="Arial"/>
          <w:szCs w:val="24"/>
          <w:lang w:val="pt-BR"/>
        </w:rPr>
      </w:pPr>
      <w:r w:rsidRPr="003D13E9">
        <w:rPr>
          <w:rFonts w:cs="Arial"/>
          <w:szCs w:val="24"/>
          <w:lang w:val="pt-BR"/>
        </w:rPr>
        <w:t>Segundo Américo-Pinheiro (2015, p. 97-98) “</w:t>
      </w:r>
      <w:proofErr w:type="gramStart"/>
      <w:r w:rsidRPr="003D13E9">
        <w:rPr>
          <w:rFonts w:cs="Arial"/>
          <w:szCs w:val="24"/>
          <w:lang w:val="pt-BR"/>
        </w:rPr>
        <w:t>[...] Esse</w:t>
      </w:r>
      <w:proofErr w:type="gramEnd"/>
      <w:r w:rsidRPr="003D13E9">
        <w:rPr>
          <w:rFonts w:cs="Arial"/>
          <w:szCs w:val="24"/>
          <w:lang w:val="pt-BR"/>
        </w:rPr>
        <w:t xml:space="preserve"> efeito nos eritrócitos e nas proteínas plasmáticas em conjunto evidencia alteração no equilíbrio líquido-eletrolítico, e está associada à </w:t>
      </w:r>
      <w:proofErr w:type="spellStart"/>
      <w:r w:rsidRPr="003D13E9">
        <w:rPr>
          <w:rFonts w:cs="Arial"/>
          <w:szCs w:val="24"/>
          <w:lang w:val="pt-BR"/>
        </w:rPr>
        <w:t>hepatoxicidade</w:t>
      </w:r>
      <w:proofErr w:type="spellEnd"/>
      <w:r w:rsidRPr="003D13E9">
        <w:rPr>
          <w:rFonts w:cs="Arial"/>
          <w:szCs w:val="24"/>
          <w:lang w:val="pt-BR"/>
        </w:rPr>
        <w:t xml:space="preserve"> do </w:t>
      </w:r>
      <w:proofErr w:type="spellStart"/>
      <w:r w:rsidRPr="003D13E9">
        <w:rPr>
          <w:rFonts w:cs="Arial"/>
          <w:szCs w:val="24"/>
          <w:lang w:val="pt-BR"/>
        </w:rPr>
        <w:t>imidacloprid</w:t>
      </w:r>
      <w:proofErr w:type="spellEnd"/>
      <w:r w:rsidRPr="003D13E9">
        <w:rPr>
          <w:rFonts w:cs="Arial"/>
          <w:szCs w:val="24"/>
          <w:lang w:val="pt-BR"/>
        </w:rPr>
        <w:t>. [...]”</w:t>
      </w:r>
    </w:p>
    <w:p w14:paraId="76D846FE" w14:textId="77777777" w:rsidR="003D13E9" w:rsidRPr="003D13E9" w:rsidRDefault="003D13E9" w:rsidP="003D13E9">
      <w:pPr>
        <w:spacing w:after="0"/>
        <w:rPr>
          <w:rFonts w:cs="Arial"/>
          <w:szCs w:val="24"/>
          <w:lang w:val="pt-BR"/>
        </w:rPr>
      </w:pPr>
    </w:p>
    <w:p w14:paraId="62287C14" w14:textId="77777777" w:rsidR="003D13E9" w:rsidRPr="003D13E9" w:rsidRDefault="003D13E9" w:rsidP="003D13E9">
      <w:pPr>
        <w:spacing w:after="0"/>
        <w:rPr>
          <w:rFonts w:cs="Arial"/>
          <w:szCs w:val="24"/>
          <w:lang w:val="pt-BR"/>
        </w:rPr>
      </w:pPr>
      <w:r w:rsidRPr="003D13E9">
        <w:rPr>
          <w:rFonts w:cs="Arial"/>
          <w:szCs w:val="24"/>
          <w:lang w:val="pt-BR"/>
        </w:rPr>
        <w:t>Exemplo 4:</w:t>
      </w:r>
    </w:p>
    <w:p w14:paraId="462CE435" w14:textId="77777777" w:rsidR="003D13E9" w:rsidRPr="003D13E9" w:rsidRDefault="003D13E9" w:rsidP="003D13E9">
      <w:pPr>
        <w:spacing w:after="0"/>
        <w:ind w:firstLine="708"/>
        <w:rPr>
          <w:rFonts w:cs="Arial"/>
          <w:szCs w:val="24"/>
          <w:lang w:val="pt-BR"/>
        </w:rPr>
      </w:pPr>
      <w:proofErr w:type="spellStart"/>
      <w:r w:rsidRPr="003D13E9">
        <w:rPr>
          <w:rFonts w:cs="Arial"/>
          <w:szCs w:val="24"/>
          <w:lang w:val="pt-BR"/>
        </w:rPr>
        <w:t>Giraldelli</w:t>
      </w:r>
      <w:proofErr w:type="spellEnd"/>
      <w:r w:rsidRPr="003D13E9">
        <w:rPr>
          <w:rFonts w:cs="Arial"/>
          <w:szCs w:val="24"/>
          <w:lang w:val="pt-BR"/>
        </w:rPr>
        <w:t xml:space="preserve">, </w:t>
      </w:r>
      <w:proofErr w:type="spellStart"/>
      <w:r w:rsidRPr="003D13E9">
        <w:rPr>
          <w:rFonts w:cs="Arial"/>
          <w:szCs w:val="24"/>
          <w:lang w:val="pt-BR"/>
        </w:rPr>
        <w:t>Favaleça</w:t>
      </w:r>
      <w:proofErr w:type="spellEnd"/>
      <w:r w:rsidRPr="003D13E9">
        <w:rPr>
          <w:rFonts w:cs="Arial"/>
          <w:szCs w:val="24"/>
          <w:lang w:val="pt-BR"/>
        </w:rPr>
        <w:t xml:space="preserve"> e Andreani (2019, p. 52) dizem que “Os aerossóis são transmitidos através da disseminação de núcleos </w:t>
      </w:r>
      <w:proofErr w:type="spellStart"/>
      <w:r w:rsidRPr="003D13E9">
        <w:rPr>
          <w:rFonts w:cs="Arial"/>
          <w:szCs w:val="24"/>
          <w:lang w:val="pt-BR"/>
        </w:rPr>
        <w:t>goticulares</w:t>
      </w:r>
      <w:proofErr w:type="spellEnd"/>
      <w:r w:rsidRPr="003D13E9">
        <w:rPr>
          <w:rFonts w:cs="Arial"/>
          <w:szCs w:val="24"/>
          <w:lang w:val="pt-BR"/>
        </w:rPr>
        <w:t xml:space="preserve"> ou </w:t>
      </w:r>
      <w:proofErr w:type="gramStart"/>
      <w:r w:rsidRPr="003D13E9">
        <w:rPr>
          <w:rFonts w:cs="Arial"/>
          <w:szCs w:val="24"/>
          <w:lang w:val="pt-BR"/>
        </w:rPr>
        <w:t>pequenas partículas eliminados</w:t>
      </w:r>
      <w:proofErr w:type="gramEnd"/>
      <w:r w:rsidRPr="003D13E9">
        <w:rPr>
          <w:rFonts w:cs="Arial"/>
          <w:szCs w:val="24"/>
          <w:lang w:val="pt-BR"/>
        </w:rPr>
        <w:t xml:space="preserve"> durante a respiração, tosse, espirro e fala com agentes infecciosos.”</w:t>
      </w:r>
    </w:p>
    <w:p w14:paraId="433B9008" w14:textId="77777777" w:rsidR="003D13E9" w:rsidRPr="003D13E9" w:rsidRDefault="003D13E9" w:rsidP="003D13E9">
      <w:pPr>
        <w:spacing w:after="0"/>
        <w:rPr>
          <w:rFonts w:cs="Arial"/>
          <w:szCs w:val="24"/>
          <w:lang w:val="pt-BR"/>
        </w:rPr>
      </w:pPr>
    </w:p>
    <w:p w14:paraId="5F116762" w14:textId="77777777" w:rsidR="003D13E9" w:rsidRPr="003D13E9" w:rsidRDefault="003D13E9" w:rsidP="003D13E9">
      <w:pPr>
        <w:spacing w:after="0"/>
        <w:ind w:firstLine="708"/>
        <w:rPr>
          <w:rFonts w:cs="Arial"/>
          <w:szCs w:val="24"/>
          <w:lang w:val="pt-BR"/>
        </w:rPr>
      </w:pPr>
      <w:r w:rsidRPr="003D13E9">
        <w:rPr>
          <w:rFonts w:cs="Arial"/>
          <w:szCs w:val="24"/>
          <w:lang w:val="pt-BR"/>
        </w:rPr>
        <w:t xml:space="preserve">As citações diretas que equivalem a mais de três linhas, considerando a formatação de texto da monografia, devem ser destacadas com recuo de 4 cm da margem interna à esquerda, com letra menor (fonte Arial 10) que a do texto utilizado e sem as aspas. </w:t>
      </w:r>
    </w:p>
    <w:p w14:paraId="39B80AB2" w14:textId="77777777" w:rsidR="003D13E9" w:rsidRPr="003D13E9" w:rsidRDefault="003D13E9" w:rsidP="003D13E9">
      <w:pPr>
        <w:spacing w:after="0"/>
        <w:rPr>
          <w:rFonts w:cs="Arial"/>
          <w:szCs w:val="24"/>
          <w:lang w:val="pt-BR"/>
        </w:rPr>
      </w:pPr>
    </w:p>
    <w:p w14:paraId="647F1E50" w14:textId="77777777" w:rsidR="003D13E9" w:rsidRPr="003D13E9" w:rsidRDefault="003D13E9" w:rsidP="003D13E9">
      <w:pPr>
        <w:spacing w:after="0"/>
        <w:rPr>
          <w:rFonts w:cs="Arial"/>
          <w:szCs w:val="24"/>
          <w:lang w:val="pt-BR"/>
        </w:rPr>
      </w:pPr>
      <w:r w:rsidRPr="003D13E9">
        <w:rPr>
          <w:rFonts w:cs="Arial"/>
          <w:szCs w:val="24"/>
          <w:lang w:val="pt-BR"/>
        </w:rPr>
        <w:t xml:space="preserve">Exemplo 1: </w:t>
      </w:r>
    </w:p>
    <w:p w14:paraId="7BBAC01F" w14:textId="77777777" w:rsidR="003D13E9" w:rsidRPr="003D13E9" w:rsidRDefault="003D13E9" w:rsidP="003D13E9">
      <w:pPr>
        <w:spacing w:after="0"/>
        <w:ind w:firstLine="708"/>
        <w:rPr>
          <w:rFonts w:cs="Arial"/>
          <w:szCs w:val="24"/>
          <w:lang w:val="pt-BR"/>
        </w:rPr>
      </w:pPr>
      <w:r w:rsidRPr="003D13E9">
        <w:rPr>
          <w:rFonts w:cs="Arial"/>
          <w:szCs w:val="24"/>
          <w:lang w:val="pt-BR"/>
        </w:rPr>
        <w:t>A localização geográfica dos acidentes provocados por cães e gatos no município de Jaboticabal está descrita a seguir:</w:t>
      </w:r>
    </w:p>
    <w:p w14:paraId="46695607" w14:textId="77777777" w:rsidR="003D13E9" w:rsidRPr="003D13E9" w:rsidRDefault="003D13E9" w:rsidP="003D13E9">
      <w:pPr>
        <w:spacing w:after="0"/>
        <w:ind w:left="2268"/>
        <w:rPr>
          <w:rFonts w:cs="Arial"/>
          <w:sz w:val="20"/>
          <w:szCs w:val="20"/>
          <w:lang w:val="pt-BR"/>
        </w:rPr>
      </w:pPr>
      <w:bookmarkStart w:id="0" w:name="_Hlk53004030"/>
      <w:r w:rsidRPr="003D13E9">
        <w:rPr>
          <w:rFonts w:cs="Arial"/>
          <w:sz w:val="20"/>
          <w:szCs w:val="20"/>
          <w:lang w:val="pt-BR"/>
        </w:rPr>
        <w:t xml:space="preserve">Os agravos causados por cães e gatos estão concentrados na região central da cidade, pois a maioria das notificações de agressões partiu de pessoas desta área. Agravos causados por cães também aconteceram em bairros periféricos como Parque Primeiro de Maio, Cidade Jardim, Conjunto Habitacional Margarida </w:t>
      </w:r>
      <w:proofErr w:type="spellStart"/>
      <w:r w:rsidRPr="003D13E9">
        <w:rPr>
          <w:rFonts w:cs="Arial"/>
          <w:sz w:val="20"/>
          <w:szCs w:val="20"/>
          <w:lang w:val="pt-BR"/>
        </w:rPr>
        <w:t>Berchieri</w:t>
      </w:r>
      <w:proofErr w:type="spellEnd"/>
      <w:r w:rsidRPr="003D13E9">
        <w:rPr>
          <w:rFonts w:cs="Arial"/>
          <w:sz w:val="20"/>
          <w:szCs w:val="20"/>
          <w:lang w:val="pt-BR"/>
        </w:rPr>
        <w:t xml:space="preserve"> e Santa Luzia. Acredita-se que a ocorrência </w:t>
      </w:r>
      <w:r w:rsidRPr="003D13E9">
        <w:rPr>
          <w:rFonts w:cs="Arial"/>
          <w:sz w:val="20"/>
          <w:szCs w:val="20"/>
          <w:lang w:val="pt-BR"/>
        </w:rPr>
        <w:lastRenderedPageBreak/>
        <w:t xml:space="preserve">nestes bairros seja devida à grande população canina lá encontrada (FRIAS, 2008, p. 45). </w:t>
      </w:r>
      <w:bookmarkEnd w:id="0"/>
    </w:p>
    <w:p w14:paraId="5216329E" w14:textId="77777777" w:rsidR="003D13E9" w:rsidRPr="003D13E9" w:rsidRDefault="003D13E9" w:rsidP="003D13E9">
      <w:pPr>
        <w:spacing w:after="0"/>
        <w:rPr>
          <w:rFonts w:cs="Arial"/>
          <w:szCs w:val="24"/>
          <w:lang w:val="pt-BR"/>
        </w:rPr>
      </w:pPr>
      <w:r w:rsidRPr="003D13E9">
        <w:rPr>
          <w:rFonts w:cs="Arial"/>
          <w:szCs w:val="24"/>
          <w:lang w:val="pt-BR"/>
        </w:rPr>
        <w:t>Exemplo 2:</w:t>
      </w:r>
    </w:p>
    <w:p w14:paraId="38A0BCB4" w14:textId="77777777" w:rsidR="003D13E9" w:rsidRPr="003D13E9" w:rsidRDefault="003D13E9" w:rsidP="003D13E9">
      <w:pPr>
        <w:spacing w:after="0"/>
        <w:ind w:firstLine="708"/>
        <w:rPr>
          <w:rFonts w:cs="Arial"/>
          <w:szCs w:val="24"/>
          <w:lang w:val="pt-BR"/>
        </w:rPr>
      </w:pPr>
      <w:r w:rsidRPr="003D13E9">
        <w:rPr>
          <w:rFonts w:cs="Arial"/>
          <w:szCs w:val="24"/>
          <w:lang w:val="pt-BR"/>
        </w:rPr>
        <w:t>De acordo com Américo-Pinheiro (2015, p. 97)</w:t>
      </w:r>
    </w:p>
    <w:p w14:paraId="09740F0C" w14:textId="77777777" w:rsidR="003D13E9" w:rsidRPr="003D13E9" w:rsidRDefault="003D13E9" w:rsidP="003D13E9">
      <w:pPr>
        <w:spacing w:after="0"/>
        <w:ind w:left="2268"/>
        <w:rPr>
          <w:rFonts w:cs="Arial"/>
          <w:szCs w:val="24"/>
          <w:lang w:val="pt-BR"/>
        </w:rPr>
      </w:pPr>
      <w:r w:rsidRPr="003D13E9">
        <w:rPr>
          <w:rFonts w:cs="Arial"/>
          <w:sz w:val="20"/>
          <w:szCs w:val="20"/>
          <w:lang w:val="pt-BR"/>
        </w:rPr>
        <w:t xml:space="preserve">O </w:t>
      </w:r>
      <w:proofErr w:type="spellStart"/>
      <w:r w:rsidRPr="003D13E9">
        <w:rPr>
          <w:rFonts w:cs="Arial"/>
          <w:sz w:val="20"/>
          <w:szCs w:val="20"/>
          <w:lang w:val="pt-BR"/>
        </w:rPr>
        <w:t>imidacloprid</w:t>
      </w:r>
      <w:proofErr w:type="spellEnd"/>
      <w:r w:rsidRPr="003D13E9">
        <w:rPr>
          <w:rFonts w:cs="Arial"/>
          <w:sz w:val="20"/>
          <w:szCs w:val="20"/>
          <w:lang w:val="pt-BR"/>
        </w:rPr>
        <w:t xml:space="preserve"> é considerado um inseticida de baixo risco de intoxicação ambiental para organismos aquáticos de diferentes níveis tróficos. Isto </w:t>
      </w:r>
      <w:proofErr w:type="gramStart"/>
      <w:r w:rsidRPr="003D13E9">
        <w:rPr>
          <w:rFonts w:cs="Arial"/>
          <w:sz w:val="20"/>
          <w:szCs w:val="20"/>
          <w:lang w:val="pt-BR"/>
        </w:rPr>
        <w:t>por que</w:t>
      </w:r>
      <w:proofErr w:type="gramEnd"/>
      <w:r w:rsidRPr="003D13E9">
        <w:rPr>
          <w:rFonts w:cs="Arial"/>
          <w:sz w:val="20"/>
          <w:szCs w:val="20"/>
          <w:lang w:val="pt-BR"/>
        </w:rPr>
        <w:t xml:space="preserve"> as doses recomendadas de aplicação na agricultura são baixas e a concentração necessária para causar mortalidade em curto </w:t>
      </w:r>
      <w:proofErr w:type="gramStart"/>
      <w:r w:rsidRPr="003D13E9">
        <w:rPr>
          <w:rFonts w:cs="Arial"/>
          <w:sz w:val="20"/>
          <w:szCs w:val="20"/>
          <w:lang w:val="pt-BR"/>
        </w:rPr>
        <w:t>período de tempo</w:t>
      </w:r>
      <w:proofErr w:type="gramEnd"/>
      <w:r w:rsidRPr="003D13E9">
        <w:rPr>
          <w:rFonts w:cs="Arial"/>
          <w:sz w:val="20"/>
          <w:szCs w:val="20"/>
          <w:lang w:val="pt-BR"/>
        </w:rPr>
        <w:t xml:space="preserve"> de organismos aquáticos é elevada. </w:t>
      </w:r>
    </w:p>
    <w:p w14:paraId="4472080A" w14:textId="77777777" w:rsidR="003D13E9" w:rsidRPr="003D13E9" w:rsidRDefault="003D13E9" w:rsidP="003D13E9">
      <w:pPr>
        <w:spacing w:after="0"/>
        <w:rPr>
          <w:rFonts w:cs="Arial"/>
          <w:b/>
          <w:bCs/>
          <w:szCs w:val="24"/>
          <w:lang w:val="pt-BR"/>
        </w:rPr>
      </w:pPr>
    </w:p>
    <w:p w14:paraId="65AB48D0" w14:textId="77777777" w:rsidR="003D13E9" w:rsidRPr="003D13E9" w:rsidRDefault="003D13E9" w:rsidP="003D13E9">
      <w:pPr>
        <w:spacing w:after="0"/>
        <w:ind w:firstLine="708"/>
        <w:rPr>
          <w:rFonts w:cs="Arial"/>
          <w:szCs w:val="24"/>
          <w:lang w:val="pt-BR"/>
        </w:rPr>
      </w:pPr>
      <w:r w:rsidRPr="003D13E9">
        <w:rPr>
          <w:rFonts w:cs="Arial"/>
          <w:szCs w:val="24"/>
          <w:lang w:val="pt-BR"/>
        </w:rPr>
        <w:t xml:space="preserve">As </w:t>
      </w:r>
      <w:r w:rsidRPr="003D13E9">
        <w:rPr>
          <w:rFonts w:cs="Arial"/>
          <w:szCs w:val="24"/>
          <w:u w:val="single"/>
          <w:lang w:val="pt-BR"/>
        </w:rPr>
        <w:t>citações indiretas</w:t>
      </w:r>
      <w:r w:rsidRPr="003D13E9">
        <w:rPr>
          <w:rFonts w:cs="Arial"/>
          <w:szCs w:val="24"/>
          <w:lang w:val="pt-BR"/>
        </w:rPr>
        <w:t xml:space="preserve"> de diversos documentos da mesma autoria, publicados em anos diferentes e mencionados simultaneamente, têm as suas datas separadas por vírgula. Cabe ressaltar que, nas citações indiretas, o número das páginas e o uso de aspas são opcionais.</w:t>
      </w:r>
    </w:p>
    <w:p w14:paraId="771543F4" w14:textId="77777777" w:rsidR="003D13E9" w:rsidRPr="003D13E9" w:rsidRDefault="003D13E9" w:rsidP="003D13E9">
      <w:pPr>
        <w:spacing w:after="0"/>
        <w:rPr>
          <w:rFonts w:cs="Arial"/>
          <w:szCs w:val="24"/>
          <w:lang w:val="pt-BR"/>
        </w:rPr>
      </w:pPr>
      <w:r w:rsidRPr="003D13E9">
        <w:rPr>
          <w:rFonts w:cs="Arial"/>
          <w:szCs w:val="24"/>
          <w:lang w:val="pt-BR"/>
        </w:rPr>
        <w:t xml:space="preserve">Exemplo 1: </w:t>
      </w:r>
    </w:p>
    <w:p w14:paraId="05DCD32B" w14:textId="77777777" w:rsidR="003D13E9" w:rsidRPr="003D13E9" w:rsidRDefault="003D13E9" w:rsidP="003D13E9">
      <w:pPr>
        <w:spacing w:after="0"/>
        <w:rPr>
          <w:rFonts w:cs="Arial"/>
          <w:szCs w:val="24"/>
          <w:lang w:val="pt-BR"/>
        </w:rPr>
      </w:pPr>
      <w:r w:rsidRPr="003D13E9">
        <w:rPr>
          <w:rFonts w:cs="Arial"/>
          <w:szCs w:val="24"/>
          <w:lang w:val="pt-BR"/>
        </w:rPr>
        <w:tab/>
        <w:t>Almeida et al. (2004) demonstraram experimentalmente que o controle da luz pode ser realizado de forma totalmente fotônica em um circuito integrado em silício.</w:t>
      </w:r>
    </w:p>
    <w:p w14:paraId="039DBEEA" w14:textId="77777777" w:rsidR="003D13E9" w:rsidRPr="003D13E9" w:rsidRDefault="003D13E9" w:rsidP="003D13E9">
      <w:pPr>
        <w:spacing w:after="0"/>
        <w:rPr>
          <w:rFonts w:cs="Arial"/>
          <w:szCs w:val="24"/>
          <w:lang w:val="pt-BR"/>
        </w:rPr>
      </w:pPr>
    </w:p>
    <w:p w14:paraId="55B1C384" w14:textId="77777777" w:rsidR="003D13E9" w:rsidRPr="003D13E9" w:rsidRDefault="003D13E9" w:rsidP="003D13E9">
      <w:pPr>
        <w:spacing w:after="0"/>
        <w:rPr>
          <w:rFonts w:cs="Arial"/>
          <w:szCs w:val="24"/>
          <w:lang w:val="pt-BR"/>
        </w:rPr>
      </w:pPr>
      <w:r w:rsidRPr="003D13E9">
        <w:rPr>
          <w:rFonts w:cs="Arial"/>
          <w:szCs w:val="24"/>
          <w:lang w:val="pt-BR"/>
        </w:rPr>
        <w:t xml:space="preserve">Exemplo 2: </w:t>
      </w:r>
    </w:p>
    <w:p w14:paraId="1FA674C0" w14:textId="77777777" w:rsidR="003D13E9" w:rsidRPr="003D13E9" w:rsidRDefault="003D13E9" w:rsidP="003D13E9">
      <w:pPr>
        <w:spacing w:after="0"/>
        <w:rPr>
          <w:rFonts w:cs="Arial"/>
          <w:szCs w:val="24"/>
          <w:lang w:val="pt-BR"/>
        </w:rPr>
      </w:pPr>
      <w:r w:rsidRPr="003D13E9">
        <w:rPr>
          <w:rFonts w:cs="Arial"/>
          <w:szCs w:val="24"/>
          <w:lang w:val="pt-BR"/>
        </w:rPr>
        <w:tab/>
        <w:t>[...] (BENINI; DIAS; AMÉRICO-PINHEIRO, 2018, 2019).</w:t>
      </w:r>
    </w:p>
    <w:p w14:paraId="4FD99C67" w14:textId="77777777" w:rsidR="003D13E9" w:rsidRPr="003D13E9" w:rsidRDefault="003D13E9" w:rsidP="003D13E9">
      <w:pPr>
        <w:spacing w:after="0"/>
        <w:rPr>
          <w:rFonts w:cs="Arial"/>
          <w:szCs w:val="24"/>
          <w:lang w:val="pt-BR"/>
        </w:rPr>
      </w:pPr>
    </w:p>
    <w:p w14:paraId="6A51ED2A" w14:textId="77777777" w:rsidR="003D13E9" w:rsidRPr="003D13E9" w:rsidRDefault="003D13E9" w:rsidP="003D13E9">
      <w:pPr>
        <w:spacing w:after="0"/>
        <w:ind w:firstLine="708"/>
        <w:rPr>
          <w:rFonts w:cs="Arial"/>
          <w:szCs w:val="24"/>
          <w:lang w:val="pt-BR"/>
        </w:rPr>
      </w:pPr>
      <w:r w:rsidRPr="003D13E9">
        <w:rPr>
          <w:rFonts w:cs="Arial"/>
          <w:szCs w:val="24"/>
          <w:lang w:val="pt-BR"/>
        </w:rPr>
        <w:t>As citações indiretas de diversos documentos de vários autores, mencionados simultaneamente, devem ser separadas por ponto-e-vírgula, em ordem alfabética.</w:t>
      </w:r>
    </w:p>
    <w:p w14:paraId="6404449D" w14:textId="77777777" w:rsidR="003D13E9" w:rsidRPr="003D13E9" w:rsidRDefault="003D13E9" w:rsidP="003D13E9">
      <w:pPr>
        <w:spacing w:after="0"/>
        <w:rPr>
          <w:rFonts w:cs="Arial"/>
          <w:szCs w:val="24"/>
          <w:lang w:val="pt-BR"/>
        </w:rPr>
      </w:pPr>
    </w:p>
    <w:p w14:paraId="12C92B81" w14:textId="77777777" w:rsidR="003D13E9" w:rsidRPr="003D13E9" w:rsidRDefault="003D13E9" w:rsidP="003D13E9">
      <w:pPr>
        <w:spacing w:after="0"/>
        <w:rPr>
          <w:rFonts w:cs="Arial"/>
          <w:szCs w:val="24"/>
          <w:lang w:val="pt-BR"/>
        </w:rPr>
      </w:pPr>
      <w:r w:rsidRPr="003D13E9">
        <w:rPr>
          <w:rFonts w:cs="Arial"/>
          <w:szCs w:val="24"/>
          <w:lang w:val="pt-BR"/>
        </w:rPr>
        <w:t xml:space="preserve">Exemplo 3: </w:t>
      </w:r>
    </w:p>
    <w:p w14:paraId="4A96BFFD" w14:textId="77777777" w:rsidR="003D13E9" w:rsidRPr="003D13E9" w:rsidRDefault="003D13E9" w:rsidP="003D13E9">
      <w:pPr>
        <w:spacing w:after="0"/>
        <w:rPr>
          <w:rFonts w:cs="Arial"/>
          <w:szCs w:val="24"/>
          <w:lang w:val="pt-BR"/>
        </w:rPr>
      </w:pPr>
      <w:r w:rsidRPr="003D13E9">
        <w:rPr>
          <w:rFonts w:cs="Arial"/>
          <w:szCs w:val="24"/>
          <w:lang w:val="pt-BR"/>
        </w:rPr>
        <w:tab/>
        <w:t>[...] (LI; MAGALHÃES; SERRA, 2013; SILVA et al., 2020; RODRIGUES et al., 2008).</w:t>
      </w:r>
    </w:p>
    <w:p w14:paraId="14503BBB" w14:textId="77777777" w:rsidR="003D13E9" w:rsidRPr="003D13E9" w:rsidRDefault="003D13E9" w:rsidP="003D13E9">
      <w:pPr>
        <w:spacing w:after="0"/>
        <w:rPr>
          <w:rFonts w:cs="Arial"/>
          <w:szCs w:val="24"/>
          <w:lang w:val="pt-BR"/>
        </w:rPr>
      </w:pPr>
    </w:p>
    <w:p w14:paraId="65104135" w14:textId="77777777" w:rsidR="003D13E9" w:rsidRPr="003D13E9" w:rsidRDefault="003D13E9" w:rsidP="003D13E9">
      <w:pPr>
        <w:spacing w:after="0"/>
        <w:rPr>
          <w:rFonts w:cs="Arial"/>
          <w:szCs w:val="24"/>
          <w:lang w:val="pt-BR"/>
        </w:rPr>
      </w:pPr>
      <w:r w:rsidRPr="003D13E9">
        <w:rPr>
          <w:rFonts w:cs="Arial"/>
          <w:szCs w:val="24"/>
          <w:lang w:val="pt-BR"/>
        </w:rPr>
        <w:t>Exemplo 4:</w:t>
      </w:r>
    </w:p>
    <w:p w14:paraId="3BA28B03" w14:textId="77777777" w:rsidR="003D13E9" w:rsidRPr="003D13E9" w:rsidRDefault="003D13E9" w:rsidP="003D13E9">
      <w:pPr>
        <w:spacing w:after="0"/>
        <w:ind w:firstLine="708"/>
        <w:rPr>
          <w:rFonts w:cs="Arial"/>
          <w:szCs w:val="24"/>
          <w:lang w:val="pt-BR"/>
        </w:rPr>
      </w:pPr>
      <w:r w:rsidRPr="003D13E9">
        <w:rPr>
          <w:rFonts w:cs="Arial"/>
          <w:szCs w:val="24"/>
          <w:lang w:val="pt-BR"/>
        </w:rPr>
        <w:t xml:space="preserve">Li, Magalhães e Serra (2013), Silva et al. (2020) e Rodrigues et al. (2008) estudaram [...] </w:t>
      </w:r>
    </w:p>
    <w:p w14:paraId="65BBB61F" w14:textId="77777777" w:rsidR="003D13E9" w:rsidRPr="003D13E9" w:rsidRDefault="003D13E9" w:rsidP="003D13E9">
      <w:pPr>
        <w:spacing w:after="0"/>
        <w:rPr>
          <w:rFonts w:cs="Arial"/>
          <w:szCs w:val="24"/>
          <w:lang w:val="pt-BR"/>
        </w:rPr>
      </w:pPr>
    </w:p>
    <w:p w14:paraId="6D46C0C4" w14:textId="77777777" w:rsidR="003D13E9" w:rsidRPr="003D13E9" w:rsidRDefault="003D13E9" w:rsidP="003D13E9">
      <w:pPr>
        <w:spacing w:after="0"/>
        <w:rPr>
          <w:rFonts w:cs="Arial"/>
          <w:szCs w:val="24"/>
          <w:lang w:val="pt-BR"/>
        </w:rPr>
      </w:pPr>
      <w:r w:rsidRPr="003D13E9">
        <w:rPr>
          <w:rFonts w:cs="Arial"/>
          <w:szCs w:val="24"/>
          <w:lang w:val="pt-BR"/>
        </w:rPr>
        <w:lastRenderedPageBreak/>
        <w:t>Exemplo 5:</w:t>
      </w:r>
    </w:p>
    <w:p w14:paraId="4E5E028F" w14:textId="77777777" w:rsidR="003D13E9" w:rsidRPr="003D13E9" w:rsidRDefault="003D13E9" w:rsidP="003D13E9">
      <w:pPr>
        <w:spacing w:after="0"/>
        <w:ind w:firstLine="708"/>
        <w:rPr>
          <w:rFonts w:cs="Arial"/>
          <w:szCs w:val="24"/>
          <w:lang w:val="pt-BR"/>
        </w:rPr>
      </w:pPr>
      <w:r w:rsidRPr="003D13E9">
        <w:rPr>
          <w:rFonts w:cs="Arial"/>
          <w:szCs w:val="24"/>
          <w:lang w:val="pt-BR"/>
        </w:rPr>
        <w:t>Entre 1º de janeiro de 2000 e 31 de dezembro de 2006 foram utilizadas 7.108 doses de vacina antirrábica humana em Jaboticabal (FRIAS, 2008).</w:t>
      </w:r>
    </w:p>
    <w:p w14:paraId="0794FC3F" w14:textId="77777777" w:rsidR="003D13E9" w:rsidRPr="003D13E9" w:rsidRDefault="003D13E9" w:rsidP="003D13E9">
      <w:pPr>
        <w:spacing w:after="0"/>
        <w:rPr>
          <w:rFonts w:cs="Arial"/>
          <w:b/>
          <w:bCs/>
          <w:szCs w:val="24"/>
          <w:lang w:val="pt-BR"/>
        </w:rPr>
      </w:pPr>
    </w:p>
    <w:p w14:paraId="799DBD9F" w14:textId="77777777" w:rsidR="003D13E9" w:rsidRPr="003D13E9" w:rsidRDefault="003D13E9" w:rsidP="003D13E9">
      <w:pPr>
        <w:spacing w:after="0"/>
        <w:ind w:firstLine="708"/>
        <w:rPr>
          <w:rFonts w:cs="Arial"/>
          <w:szCs w:val="24"/>
          <w:lang w:val="pt-BR"/>
        </w:rPr>
      </w:pPr>
      <w:r w:rsidRPr="003D13E9">
        <w:rPr>
          <w:rFonts w:cs="Arial"/>
          <w:szCs w:val="24"/>
          <w:u w:val="single"/>
          <w:lang w:val="pt-BR"/>
        </w:rPr>
        <w:t>Citação de citação</w:t>
      </w:r>
      <w:r w:rsidRPr="003D13E9">
        <w:rPr>
          <w:rFonts w:cs="Arial"/>
          <w:szCs w:val="24"/>
          <w:lang w:val="pt-BR"/>
        </w:rPr>
        <w:t xml:space="preserve"> é a citação, direta ou indireta, de um texto que se refere a um documento original que não se teve acesso. Deve-se indicar, no texto, o sobrenome do(s) autor(es) do documento original que não pode ser consultado, seguido da data, da expressão latina apud (citado por) e do sobrenome do(s) autor(es) da obra consultada, além da respectiva data e página. Deve-se incluir, nas Referências, a citação da obra consultada. </w:t>
      </w:r>
    </w:p>
    <w:p w14:paraId="33807A91" w14:textId="77777777" w:rsidR="003D13E9" w:rsidRPr="003D13E9" w:rsidRDefault="003D13E9" w:rsidP="003D13E9">
      <w:pPr>
        <w:spacing w:after="0"/>
        <w:ind w:firstLine="708"/>
        <w:rPr>
          <w:rFonts w:cs="Arial"/>
          <w:szCs w:val="24"/>
          <w:lang w:val="pt-BR"/>
        </w:rPr>
      </w:pPr>
      <w:r w:rsidRPr="003D13E9">
        <w:rPr>
          <w:rFonts w:cs="Arial"/>
          <w:szCs w:val="24"/>
          <w:lang w:val="pt-BR"/>
        </w:rPr>
        <w:t xml:space="preserve">Cabe ressaltar que a citação de citação só deve ser utilizada nos casos em que o documento original não pode ser recuperado (documentos muito antigos, dados insuficientes para a localização do material, documentos de acesso não disponível ao </w:t>
      </w:r>
      <w:proofErr w:type="gramStart"/>
      <w:r w:rsidRPr="003D13E9">
        <w:rPr>
          <w:rFonts w:cs="Arial"/>
          <w:szCs w:val="24"/>
          <w:lang w:val="pt-BR"/>
        </w:rPr>
        <w:t>pesquisador, etc.</w:t>
      </w:r>
      <w:proofErr w:type="gramEnd"/>
      <w:r w:rsidRPr="003D13E9">
        <w:rPr>
          <w:rFonts w:cs="Arial"/>
          <w:szCs w:val="24"/>
          <w:lang w:val="pt-BR"/>
        </w:rPr>
        <w:t>).</w:t>
      </w:r>
    </w:p>
    <w:p w14:paraId="62EAE59D" w14:textId="77777777" w:rsidR="003D13E9" w:rsidRPr="003D13E9" w:rsidRDefault="003D13E9" w:rsidP="003D13E9">
      <w:pPr>
        <w:spacing w:after="0"/>
        <w:ind w:firstLine="708"/>
        <w:rPr>
          <w:rFonts w:cs="Arial"/>
          <w:szCs w:val="24"/>
          <w:lang w:val="pt-BR"/>
        </w:rPr>
      </w:pPr>
    </w:p>
    <w:p w14:paraId="6877A92D" w14:textId="77777777" w:rsidR="003D13E9" w:rsidRPr="003D13E9" w:rsidRDefault="003D13E9" w:rsidP="003D13E9">
      <w:pPr>
        <w:spacing w:after="0"/>
        <w:rPr>
          <w:rFonts w:cs="Arial"/>
          <w:szCs w:val="24"/>
          <w:lang w:val="pt-BR"/>
        </w:rPr>
      </w:pPr>
      <w:r w:rsidRPr="003D13E9">
        <w:rPr>
          <w:rFonts w:cs="Arial"/>
          <w:szCs w:val="24"/>
          <w:lang w:val="pt-BR"/>
        </w:rPr>
        <w:t>Exemplo 1 (direta):</w:t>
      </w:r>
    </w:p>
    <w:p w14:paraId="51A207D3" w14:textId="77777777" w:rsidR="003D13E9" w:rsidRPr="003D13E9" w:rsidRDefault="003D13E9" w:rsidP="003D13E9">
      <w:pPr>
        <w:spacing w:after="0"/>
        <w:rPr>
          <w:rFonts w:cs="Arial"/>
          <w:szCs w:val="24"/>
          <w:lang w:val="pt-BR"/>
        </w:rPr>
      </w:pPr>
      <w:r w:rsidRPr="003D13E9">
        <w:rPr>
          <w:rFonts w:cs="Arial"/>
          <w:szCs w:val="24"/>
          <w:lang w:val="pt-BR"/>
        </w:rPr>
        <w:tab/>
        <w:t>“As ações do homem sobre a natureza têm resultados no meio ambiente, os quais são chamados de efeitos ou impactos ambientais” (VIANNA et al., 1995, p.14 apud SOUZA, 2019, p. 15).</w:t>
      </w:r>
    </w:p>
    <w:p w14:paraId="501319BF" w14:textId="77777777" w:rsidR="003D13E9" w:rsidRPr="003D13E9" w:rsidRDefault="003D13E9" w:rsidP="003D13E9">
      <w:pPr>
        <w:rPr>
          <w:rFonts w:cs="Arial"/>
          <w:szCs w:val="24"/>
          <w:lang w:val="pt-BR"/>
        </w:rPr>
      </w:pPr>
    </w:p>
    <w:p w14:paraId="07CF840A" w14:textId="77777777" w:rsidR="003D13E9" w:rsidRPr="003D13E9" w:rsidRDefault="003D13E9" w:rsidP="003D13E9">
      <w:pPr>
        <w:rPr>
          <w:rFonts w:cs="Arial"/>
          <w:szCs w:val="24"/>
          <w:lang w:val="pt-BR"/>
        </w:rPr>
      </w:pPr>
      <w:r w:rsidRPr="003D13E9">
        <w:rPr>
          <w:rFonts w:cs="Arial"/>
          <w:szCs w:val="24"/>
          <w:lang w:val="pt-BR"/>
        </w:rPr>
        <w:t>Exemplo 2 (indireta):</w:t>
      </w:r>
    </w:p>
    <w:p w14:paraId="3F092A55" w14:textId="77777777" w:rsidR="003D13E9" w:rsidRDefault="003D13E9" w:rsidP="003D13E9">
      <w:pPr>
        <w:spacing w:after="0"/>
        <w:rPr>
          <w:rFonts w:cs="Arial"/>
          <w:szCs w:val="24"/>
        </w:rPr>
      </w:pPr>
      <w:r w:rsidRPr="003D13E9">
        <w:rPr>
          <w:rFonts w:cs="Arial"/>
          <w:szCs w:val="24"/>
          <w:lang w:val="pt-BR"/>
        </w:rPr>
        <w:tab/>
        <w:t xml:space="preserve">“Os inseticidas </w:t>
      </w:r>
      <w:proofErr w:type="spellStart"/>
      <w:r w:rsidRPr="003D13E9">
        <w:rPr>
          <w:rFonts w:cs="Arial"/>
          <w:szCs w:val="24"/>
          <w:lang w:val="pt-BR"/>
        </w:rPr>
        <w:t>neonicotinóides</w:t>
      </w:r>
      <w:proofErr w:type="spellEnd"/>
      <w:r w:rsidRPr="003D13E9">
        <w:rPr>
          <w:rFonts w:cs="Arial"/>
          <w:szCs w:val="24"/>
          <w:lang w:val="pt-BR"/>
        </w:rPr>
        <w:t xml:space="preserve"> constituem uma classe de compostos sintetizados a partir da nicotina natural. Essa classe de inseticidas apresenta excelente ação sistêmica para proteção das culturas contra insetos-pragas sugadores como afídeos, moscas e tripés.” </w:t>
      </w:r>
      <w:r>
        <w:rPr>
          <w:rFonts w:cs="Arial"/>
          <w:szCs w:val="24"/>
        </w:rPr>
        <w:t>(TOMIZAWA; CASIDA, 2003 apud AMÉRICO-PINHEIRO, 2015, p.8).</w:t>
      </w:r>
    </w:p>
    <w:p w14:paraId="3795896D" w14:textId="77777777" w:rsidR="0039700B" w:rsidRPr="002B098E" w:rsidRDefault="00000000">
      <w:pPr>
        <w:rPr>
          <w:lang w:val="pt-BR"/>
        </w:rPr>
      </w:pPr>
      <w:r w:rsidRPr="002B098E">
        <w:rPr>
          <w:lang w:val="pt-BR"/>
        </w:rPr>
        <w:br w:type="page"/>
      </w:r>
    </w:p>
    <w:p w14:paraId="4D068CC0" w14:textId="77777777" w:rsidR="00FD6892" w:rsidRDefault="00FD6892" w:rsidP="00FD6892">
      <w:pPr>
        <w:spacing w:after="0" w:line="240" w:lineRule="auto"/>
        <w:ind w:firstLine="0"/>
        <w:jc w:val="center"/>
        <w:rPr>
          <w:rFonts w:cs="Arial"/>
          <w:bCs/>
          <w:iCs/>
          <w:lang w:val="pt-BR"/>
        </w:rPr>
      </w:pPr>
    </w:p>
    <w:p w14:paraId="0F527B25" w14:textId="77777777" w:rsidR="00FD6892" w:rsidRDefault="00FD6892" w:rsidP="00FD6892">
      <w:pPr>
        <w:spacing w:after="0" w:line="240" w:lineRule="auto"/>
        <w:ind w:firstLine="0"/>
        <w:jc w:val="center"/>
        <w:rPr>
          <w:rFonts w:cs="Arial"/>
          <w:bCs/>
          <w:iCs/>
          <w:lang w:val="pt-BR"/>
        </w:rPr>
      </w:pPr>
    </w:p>
    <w:p w14:paraId="6A4AE24D" w14:textId="77777777" w:rsidR="00FD6892" w:rsidRDefault="00FD6892" w:rsidP="00FD6892">
      <w:pPr>
        <w:spacing w:after="0" w:line="240" w:lineRule="auto"/>
        <w:ind w:firstLine="0"/>
        <w:jc w:val="center"/>
        <w:rPr>
          <w:rFonts w:cs="Arial"/>
          <w:bCs/>
          <w:iCs/>
          <w:lang w:val="pt-BR"/>
        </w:rPr>
      </w:pPr>
    </w:p>
    <w:p w14:paraId="55D89616" w14:textId="77777777" w:rsidR="00FD6892" w:rsidRDefault="00FD6892" w:rsidP="00FD6892">
      <w:pPr>
        <w:spacing w:after="0" w:line="240" w:lineRule="auto"/>
        <w:ind w:firstLine="0"/>
        <w:jc w:val="center"/>
        <w:rPr>
          <w:rFonts w:cs="Arial"/>
          <w:bCs/>
          <w:iCs/>
          <w:lang w:val="pt-BR"/>
        </w:rPr>
      </w:pPr>
    </w:p>
    <w:p w14:paraId="7102BC55" w14:textId="77777777" w:rsidR="00FD6892" w:rsidRDefault="00FD6892" w:rsidP="00FD6892">
      <w:pPr>
        <w:spacing w:after="0" w:line="240" w:lineRule="auto"/>
        <w:ind w:firstLine="0"/>
        <w:jc w:val="center"/>
        <w:rPr>
          <w:rFonts w:cs="Arial"/>
          <w:bCs/>
          <w:iCs/>
          <w:lang w:val="pt-BR"/>
        </w:rPr>
      </w:pPr>
    </w:p>
    <w:p w14:paraId="10FFE9C4" w14:textId="20BE79D0" w:rsidR="00FD6892" w:rsidRDefault="00FD6892" w:rsidP="00FD6892">
      <w:pPr>
        <w:spacing w:after="0" w:line="240" w:lineRule="auto"/>
        <w:ind w:firstLine="0"/>
        <w:jc w:val="center"/>
        <w:rPr>
          <w:rFonts w:cs="Arial"/>
          <w:sz w:val="28"/>
          <w:szCs w:val="24"/>
          <w:lang w:val="pt-BR"/>
        </w:rPr>
      </w:pPr>
      <w:r>
        <w:rPr>
          <w:rFonts w:cs="Arial"/>
          <w:sz w:val="28"/>
          <w:szCs w:val="24"/>
          <w:lang w:val="pt-BR"/>
        </w:rPr>
        <w:t>OBJETIVOS</w:t>
      </w:r>
    </w:p>
    <w:p w14:paraId="44B7B26F" w14:textId="77777777" w:rsidR="00FD6892" w:rsidRPr="00FD6892" w:rsidRDefault="00FD6892" w:rsidP="00FD6892">
      <w:pPr>
        <w:spacing w:after="0" w:line="240" w:lineRule="auto"/>
        <w:ind w:firstLine="0"/>
        <w:jc w:val="center"/>
        <w:rPr>
          <w:rFonts w:cs="Arial"/>
          <w:bCs/>
          <w:iCs/>
          <w:lang w:val="pt-BR"/>
        </w:rPr>
      </w:pPr>
    </w:p>
    <w:p w14:paraId="564528EF" w14:textId="77777777" w:rsidR="00FD6892" w:rsidRPr="00FD6892" w:rsidRDefault="00FD6892" w:rsidP="00FD6892">
      <w:pPr>
        <w:spacing w:after="0" w:line="240" w:lineRule="auto"/>
        <w:ind w:firstLine="0"/>
        <w:jc w:val="center"/>
        <w:rPr>
          <w:rFonts w:cs="Arial"/>
          <w:bCs/>
          <w:iCs/>
          <w:lang w:val="pt-BR"/>
        </w:rPr>
      </w:pPr>
    </w:p>
    <w:p w14:paraId="36404625" w14:textId="77777777" w:rsidR="00FD6892" w:rsidRPr="00FD6892" w:rsidRDefault="00FD6892" w:rsidP="00FD6892">
      <w:pPr>
        <w:spacing w:after="0" w:line="240" w:lineRule="auto"/>
        <w:ind w:firstLine="0"/>
        <w:jc w:val="center"/>
        <w:rPr>
          <w:rFonts w:cs="Arial"/>
          <w:bCs/>
          <w:iCs/>
          <w:lang w:val="pt-BR"/>
        </w:rPr>
      </w:pPr>
    </w:p>
    <w:p w14:paraId="5904C30C" w14:textId="77777777" w:rsidR="003D13E9" w:rsidRDefault="00000000" w:rsidP="003D13E9">
      <w:pPr>
        <w:spacing w:after="0"/>
        <w:rPr>
          <w:rFonts w:cs="Arial"/>
          <w:lang w:val="pt-BR"/>
        </w:rPr>
      </w:pPr>
      <w:r w:rsidRPr="002B098E">
        <w:rPr>
          <w:lang w:val="pt-BR"/>
        </w:rPr>
        <w:t>Os objetivos deverão ser claros, coerentes com a proposta da pesquisa e compatíveis com a estrutura adotada no trabalho.</w:t>
      </w:r>
      <w:r w:rsidR="003D13E9">
        <w:rPr>
          <w:lang w:val="pt-BR"/>
        </w:rPr>
        <w:t xml:space="preserve"> </w:t>
      </w:r>
      <w:r w:rsidR="003D13E9" w:rsidRPr="00306140">
        <w:rPr>
          <w:rFonts w:cs="Arial"/>
          <w:lang w:val="pt-BR"/>
        </w:rPr>
        <w:t>O texto inicia-se a três espaços simples (letra-12) abaixo do título</w:t>
      </w:r>
      <w:r w:rsidR="003D13E9">
        <w:rPr>
          <w:rFonts w:cs="Arial"/>
          <w:lang w:val="pt-BR"/>
        </w:rPr>
        <w:t>.</w:t>
      </w:r>
    </w:p>
    <w:p w14:paraId="26BB800C" w14:textId="77777777" w:rsidR="003D13E9" w:rsidRDefault="003D13E9" w:rsidP="003D13E9">
      <w:pPr>
        <w:spacing w:after="0"/>
        <w:rPr>
          <w:rFonts w:cs="Arial"/>
          <w:lang w:val="pt-BR"/>
        </w:rPr>
      </w:pPr>
      <w:r w:rsidRPr="00306140">
        <w:rPr>
          <w:rFonts w:cs="Arial"/>
          <w:lang w:val="pt-BR"/>
        </w:rPr>
        <w:t>O texto deverá ser escrito em letra Arial-12, justificado, espaçamento 1,5.</w:t>
      </w:r>
      <w:r>
        <w:rPr>
          <w:rFonts w:cs="Arial"/>
          <w:lang w:val="pt-BR"/>
        </w:rPr>
        <w:t xml:space="preserve"> </w:t>
      </w:r>
    </w:p>
    <w:p w14:paraId="022C1A4A" w14:textId="77777777" w:rsidR="003D13E9" w:rsidRPr="00306140" w:rsidRDefault="003D13E9" w:rsidP="003D13E9">
      <w:pPr>
        <w:spacing w:after="0"/>
        <w:rPr>
          <w:rFonts w:cs="Arial"/>
          <w:lang w:val="pt-BR"/>
        </w:rPr>
      </w:pPr>
      <w:r w:rsidRPr="00306140">
        <w:rPr>
          <w:rFonts w:cs="Arial"/>
          <w:lang w:val="pt-BR"/>
        </w:rPr>
        <w:t>Todo parágrafo deverá ser formatado com recuo de 1 cm a partir da margem esquerda.</w:t>
      </w:r>
    </w:p>
    <w:p w14:paraId="0A5948B6" w14:textId="70F938C2" w:rsidR="0039700B" w:rsidRPr="002B098E" w:rsidRDefault="0039700B">
      <w:pPr>
        <w:spacing w:after="120"/>
        <w:rPr>
          <w:lang w:val="pt-BR"/>
        </w:rPr>
      </w:pPr>
    </w:p>
    <w:p w14:paraId="1E471190" w14:textId="484A56DC" w:rsidR="0039700B" w:rsidRPr="00FD6892" w:rsidRDefault="00000000" w:rsidP="003D13E9">
      <w:pPr>
        <w:pStyle w:val="Ttulo2"/>
        <w:numPr>
          <w:ilvl w:val="1"/>
          <w:numId w:val="10"/>
        </w:numPr>
        <w:jc w:val="left"/>
        <w:rPr>
          <w:b w:val="0"/>
          <w:bCs w:val="0"/>
          <w:color w:val="000000" w:themeColor="text1"/>
        </w:rPr>
      </w:pPr>
      <w:r w:rsidRPr="00FD6892">
        <w:rPr>
          <w:rFonts w:ascii="Arial" w:hAnsi="Arial"/>
          <w:b w:val="0"/>
          <w:bCs w:val="0"/>
          <w:color w:val="000000" w:themeColor="text1"/>
        </w:rPr>
        <w:t>OBJETIVOS ESPECÍFICOS</w:t>
      </w:r>
    </w:p>
    <w:p w14:paraId="27797191" w14:textId="752855B0" w:rsidR="0039700B" w:rsidRDefault="00000000" w:rsidP="003D13E9">
      <w:pPr>
        <w:pStyle w:val="Commarcadores"/>
        <w:numPr>
          <w:ilvl w:val="0"/>
          <w:numId w:val="0"/>
        </w:numPr>
        <w:spacing w:after="0"/>
        <w:ind w:left="360" w:firstLine="207"/>
        <w:jc w:val="left"/>
      </w:pPr>
      <w:proofErr w:type="spellStart"/>
      <w:r>
        <w:t>Objetivo</w:t>
      </w:r>
      <w:proofErr w:type="spellEnd"/>
      <w:r>
        <w:t xml:space="preserve"> </w:t>
      </w:r>
      <w:proofErr w:type="spellStart"/>
      <w:r>
        <w:t>específico</w:t>
      </w:r>
      <w:proofErr w:type="spellEnd"/>
      <w:r>
        <w:t xml:space="preserve"> 1.</w:t>
      </w:r>
      <w:r w:rsidR="003D13E9">
        <w:t xml:space="preserve"> </w:t>
      </w:r>
      <w:proofErr w:type="spellStart"/>
      <w:r w:rsidR="003D13E9">
        <w:t>xxxxxxx</w:t>
      </w:r>
      <w:proofErr w:type="spellEnd"/>
    </w:p>
    <w:p w14:paraId="7906A09D" w14:textId="7CA63F64" w:rsidR="0039700B" w:rsidRPr="003D13E9" w:rsidRDefault="00000000" w:rsidP="003D13E9">
      <w:pPr>
        <w:pStyle w:val="Commarcadores"/>
        <w:numPr>
          <w:ilvl w:val="0"/>
          <w:numId w:val="0"/>
        </w:numPr>
        <w:spacing w:after="0"/>
        <w:ind w:left="360" w:firstLine="207"/>
        <w:jc w:val="left"/>
        <w:rPr>
          <w:lang w:val="pt-BR"/>
        </w:rPr>
      </w:pPr>
      <w:proofErr w:type="spellStart"/>
      <w:r>
        <w:t>Objetivo</w:t>
      </w:r>
      <w:proofErr w:type="spellEnd"/>
      <w:r>
        <w:t xml:space="preserve"> </w:t>
      </w:r>
      <w:proofErr w:type="spellStart"/>
      <w:r>
        <w:t>específico</w:t>
      </w:r>
      <w:proofErr w:type="spellEnd"/>
      <w:r>
        <w:t xml:space="preserve"> 2.</w:t>
      </w:r>
      <w:r w:rsidR="003D13E9">
        <w:t xml:space="preserve"> </w:t>
      </w:r>
      <w:proofErr w:type="spellStart"/>
      <w:r w:rsidR="003D13E9">
        <w:t>yyyyyyy</w:t>
      </w:r>
      <w:proofErr w:type="spellEnd"/>
    </w:p>
    <w:p w14:paraId="0E4C982E" w14:textId="473FF51F" w:rsidR="0039700B" w:rsidRPr="003D13E9" w:rsidRDefault="00000000" w:rsidP="003D13E9">
      <w:pPr>
        <w:pStyle w:val="Commarcadores"/>
        <w:numPr>
          <w:ilvl w:val="0"/>
          <w:numId w:val="0"/>
        </w:numPr>
        <w:spacing w:after="0"/>
        <w:ind w:left="360" w:firstLine="207"/>
        <w:jc w:val="left"/>
        <w:rPr>
          <w:lang w:val="pt-BR"/>
        </w:rPr>
      </w:pPr>
      <w:r w:rsidRPr="003D13E9">
        <w:rPr>
          <w:lang w:val="pt-BR"/>
        </w:rPr>
        <w:t>Objetivo específico 3.</w:t>
      </w:r>
      <w:r w:rsidR="003D13E9" w:rsidRPr="003D13E9">
        <w:rPr>
          <w:lang w:val="pt-BR"/>
        </w:rPr>
        <w:t xml:space="preserve"> </w:t>
      </w:r>
      <w:proofErr w:type="spellStart"/>
      <w:r w:rsidR="003D13E9" w:rsidRPr="003D13E9">
        <w:rPr>
          <w:lang w:val="pt-BR"/>
        </w:rPr>
        <w:t>wwwww</w:t>
      </w:r>
      <w:proofErr w:type="spellEnd"/>
    </w:p>
    <w:p w14:paraId="2B76DAD4" w14:textId="77777777" w:rsidR="0039700B" w:rsidRPr="003D13E9" w:rsidRDefault="00000000">
      <w:pPr>
        <w:rPr>
          <w:lang w:val="pt-BR"/>
        </w:rPr>
      </w:pPr>
      <w:r w:rsidRPr="003D13E9">
        <w:rPr>
          <w:lang w:val="pt-BR"/>
        </w:rPr>
        <w:br w:type="page"/>
      </w:r>
    </w:p>
    <w:p w14:paraId="4653D370" w14:textId="77777777" w:rsidR="00FD6892" w:rsidRDefault="00FD6892" w:rsidP="00FD6892">
      <w:pPr>
        <w:spacing w:after="0" w:line="240" w:lineRule="auto"/>
        <w:ind w:firstLine="0"/>
        <w:jc w:val="center"/>
        <w:rPr>
          <w:rFonts w:cs="Arial"/>
          <w:bCs/>
          <w:iCs/>
          <w:lang w:val="pt-BR"/>
        </w:rPr>
      </w:pPr>
    </w:p>
    <w:p w14:paraId="18E35658" w14:textId="77777777" w:rsidR="00FD6892" w:rsidRDefault="00FD6892" w:rsidP="00FD6892">
      <w:pPr>
        <w:spacing w:after="0" w:line="240" w:lineRule="auto"/>
        <w:ind w:firstLine="0"/>
        <w:jc w:val="center"/>
        <w:rPr>
          <w:rFonts w:cs="Arial"/>
          <w:bCs/>
          <w:iCs/>
          <w:lang w:val="pt-BR"/>
        </w:rPr>
      </w:pPr>
    </w:p>
    <w:p w14:paraId="64741B99" w14:textId="77777777" w:rsidR="00FD6892" w:rsidRDefault="00FD6892" w:rsidP="00FD6892">
      <w:pPr>
        <w:spacing w:after="0" w:line="240" w:lineRule="auto"/>
        <w:ind w:firstLine="0"/>
        <w:jc w:val="center"/>
        <w:rPr>
          <w:rFonts w:cs="Arial"/>
          <w:bCs/>
          <w:iCs/>
          <w:lang w:val="pt-BR"/>
        </w:rPr>
      </w:pPr>
    </w:p>
    <w:p w14:paraId="5553AE2C" w14:textId="77777777" w:rsidR="00FD6892" w:rsidRDefault="00FD6892" w:rsidP="00FD6892">
      <w:pPr>
        <w:spacing w:after="0" w:line="240" w:lineRule="auto"/>
        <w:ind w:firstLine="0"/>
        <w:jc w:val="center"/>
        <w:rPr>
          <w:rFonts w:cs="Arial"/>
          <w:bCs/>
          <w:iCs/>
          <w:lang w:val="pt-BR"/>
        </w:rPr>
      </w:pPr>
    </w:p>
    <w:p w14:paraId="064DB5EA" w14:textId="77777777" w:rsidR="00FD6892" w:rsidRDefault="00FD6892" w:rsidP="00FD6892">
      <w:pPr>
        <w:spacing w:after="0" w:line="240" w:lineRule="auto"/>
        <w:ind w:firstLine="0"/>
        <w:jc w:val="center"/>
        <w:rPr>
          <w:rFonts w:cs="Arial"/>
          <w:bCs/>
          <w:iCs/>
          <w:lang w:val="pt-BR"/>
        </w:rPr>
      </w:pPr>
    </w:p>
    <w:p w14:paraId="6ED6DBFC" w14:textId="078A50BC" w:rsidR="00FD6892" w:rsidRDefault="00FD6892" w:rsidP="00FD6892">
      <w:pPr>
        <w:spacing w:after="0" w:line="240" w:lineRule="auto"/>
        <w:ind w:firstLine="0"/>
        <w:jc w:val="center"/>
        <w:rPr>
          <w:rFonts w:cs="Arial"/>
          <w:sz w:val="28"/>
          <w:szCs w:val="24"/>
          <w:lang w:val="pt-BR"/>
        </w:rPr>
      </w:pPr>
      <w:r w:rsidRPr="00FD6892">
        <w:rPr>
          <w:rFonts w:cs="Arial"/>
          <w:sz w:val="28"/>
          <w:szCs w:val="24"/>
          <w:lang w:val="pt-BR"/>
        </w:rPr>
        <w:t>REVISÃO BIBLIOGRAFICA</w:t>
      </w:r>
    </w:p>
    <w:p w14:paraId="455B72DB" w14:textId="77777777" w:rsidR="00FD6892" w:rsidRPr="00FD6892" w:rsidRDefault="00FD6892" w:rsidP="00FD6892">
      <w:pPr>
        <w:spacing w:after="0" w:line="240" w:lineRule="auto"/>
        <w:ind w:firstLine="0"/>
        <w:jc w:val="center"/>
        <w:rPr>
          <w:rFonts w:cs="Arial"/>
          <w:bCs/>
          <w:iCs/>
          <w:lang w:val="pt-BR"/>
        </w:rPr>
      </w:pPr>
    </w:p>
    <w:p w14:paraId="43C240EB" w14:textId="77777777" w:rsidR="00FD6892" w:rsidRPr="00FD6892" w:rsidRDefault="00FD6892" w:rsidP="00FD6892">
      <w:pPr>
        <w:spacing w:after="0" w:line="240" w:lineRule="auto"/>
        <w:ind w:firstLine="0"/>
        <w:jc w:val="center"/>
        <w:rPr>
          <w:rFonts w:cs="Arial"/>
          <w:bCs/>
          <w:iCs/>
          <w:lang w:val="pt-BR"/>
        </w:rPr>
      </w:pPr>
    </w:p>
    <w:p w14:paraId="0E414048" w14:textId="77777777" w:rsidR="00FD6892" w:rsidRPr="00FD6892" w:rsidRDefault="00FD6892" w:rsidP="00FD6892">
      <w:pPr>
        <w:spacing w:after="0" w:line="240" w:lineRule="auto"/>
        <w:ind w:firstLine="0"/>
        <w:jc w:val="center"/>
        <w:rPr>
          <w:rFonts w:cs="Arial"/>
          <w:bCs/>
          <w:iCs/>
          <w:lang w:val="pt-BR"/>
        </w:rPr>
      </w:pPr>
    </w:p>
    <w:p w14:paraId="02D76393" w14:textId="559ECB30" w:rsidR="008C1554" w:rsidRDefault="00000000" w:rsidP="008C1554">
      <w:pPr>
        <w:spacing w:after="0"/>
        <w:rPr>
          <w:rFonts w:cs="Arial"/>
          <w:lang w:val="pt-BR"/>
        </w:rPr>
      </w:pPr>
      <w:r w:rsidRPr="002B098E">
        <w:rPr>
          <w:lang w:val="pt-BR"/>
        </w:rPr>
        <w:t>A revisão da literatura deverá apresentar discussão científica atualizada e mais extensa sobre o tema pesquisado. De acordo com a necessidade, o conteúdo poderá ser subdividido em tópicos com subtítulos.</w:t>
      </w:r>
      <w:r w:rsidR="008C1554" w:rsidRPr="008C1554">
        <w:rPr>
          <w:rFonts w:cs="Arial"/>
          <w:lang w:val="pt-BR"/>
        </w:rPr>
        <w:t xml:space="preserve"> </w:t>
      </w:r>
      <w:r w:rsidR="008C1554" w:rsidRPr="00306140">
        <w:rPr>
          <w:rFonts w:cs="Arial"/>
          <w:lang w:val="pt-BR"/>
        </w:rPr>
        <w:t>O texto inicia-se a três espaços simples (letra-12) abaixo do título</w:t>
      </w:r>
      <w:r w:rsidR="008C1554">
        <w:rPr>
          <w:rFonts w:cs="Arial"/>
          <w:lang w:val="pt-BR"/>
        </w:rPr>
        <w:t>.</w:t>
      </w:r>
    </w:p>
    <w:p w14:paraId="1C13B9F9" w14:textId="77777777" w:rsidR="008C1554" w:rsidRDefault="008C1554" w:rsidP="008C1554">
      <w:pPr>
        <w:spacing w:after="0"/>
        <w:rPr>
          <w:rFonts w:cs="Arial"/>
          <w:lang w:val="pt-BR"/>
        </w:rPr>
      </w:pPr>
      <w:r w:rsidRPr="00306140">
        <w:rPr>
          <w:rFonts w:cs="Arial"/>
          <w:lang w:val="pt-BR"/>
        </w:rPr>
        <w:t>O texto deverá ser escrito em letra Arial-12, justificado, espaçamento 1,5.</w:t>
      </w:r>
      <w:r>
        <w:rPr>
          <w:rFonts w:cs="Arial"/>
          <w:lang w:val="pt-BR"/>
        </w:rPr>
        <w:t xml:space="preserve"> </w:t>
      </w:r>
    </w:p>
    <w:p w14:paraId="1CB02F0A" w14:textId="0077BEE6" w:rsidR="0039700B" w:rsidRPr="008C1554" w:rsidRDefault="008C1554" w:rsidP="008C1554">
      <w:pPr>
        <w:spacing w:after="0"/>
        <w:rPr>
          <w:rFonts w:cs="Arial"/>
          <w:lang w:val="pt-BR"/>
        </w:rPr>
      </w:pPr>
      <w:r w:rsidRPr="00306140">
        <w:rPr>
          <w:rFonts w:cs="Arial"/>
          <w:lang w:val="pt-BR"/>
        </w:rPr>
        <w:t>Todo parágrafo deverá ser formatado com recuo de 1 cm a partir da margem esquerda.</w:t>
      </w:r>
    </w:p>
    <w:p w14:paraId="20EDDE6F" w14:textId="77777777" w:rsidR="00145E41" w:rsidRDefault="00000000" w:rsidP="00145E41">
      <w:pPr>
        <w:spacing w:after="0"/>
        <w:rPr>
          <w:lang w:val="pt-BR"/>
        </w:rPr>
      </w:pPr>
      <w:r w:rsidRPr="002B098E">
        <w:rPr>
          <w:lang w:val="pt-BR"/>
        </w:rPr>
        <w:t>Em todas as seções do texto em que o aluno utilizar informações ou trechos de publicações consultadas, é obrigatória a citação do autor ou da fonte utilizada, conforme a ABNT NBR vigente.</w:t>
      </w:r>
      <w:r w:rsidR="00FE279B">
        <w:rPr>
          <w:lang w:val="pt-BR"/>
        </w:rPr>
        <w:t xml:space="preserve"> </w:t>
      </w:r>
      <w:r w:rsidRPr="002B098E">
        <w:rPr>
          <w:lang w:val="pt-BR"/>
        </w:rPr>
        <w:t>Ao final da revisão da literatura, deverão ser apresentadas as referências bibliográficas das citações do texto. Deve ficar claro que todas as referências do trabalho deverão seguir obrigatoriamente as normas ABNT vigentes, inclusive quando o aluno optar por capítulos em formato de artigo.</w:t>
      </w:r>
    </w:p>
    <w:p w14:paraId="68BEBD48" w14:textId="74A9C089" w:rsidR="00145E41" w:rsidRDefault="00145E41" w:rsidP="00145E41">
      <w:pPr>
        <w:spacing w:after="0"/>
        <w:rPr>
          <w:rFonts w:cs="Arial"/>
          <w:szCs w:val="24"/>
          <w:lang w:val="pt-BR"/>
        </w:rPr>
      </w:pPr>
      <w:r>
        <w:rPr>
          <w:rFonts w:cs="Arial"/>
          <w:noProof/>
          <w:szCs w:val="24"/>
          <w:lang w:val="pt-BR"/>
        </w:rPr>
        <mc:AlternateContent>
          <mc:Choice Requires="wps">
            <w:drawing>
              <wp:anchor distT="0" distB="0" distL="114300" distR="114300" simplePos="0" relativeHeight="251663360" behindDoc="0" locked="0" layoutInCell="1" allowOverlap="1" wp14:anchorId="13A328AB" wp14:editId="1D4991A1">
                <wp:simplePos x="0" y="0"/>
                <wp:positionH relativeFrom="column">
                  <wp:posOffset>-110036</wp:posOffset>
                </wp:positionH>
                <wp:positionV relativeFrom="paragraph">
                  <wp:posOffset>221706</wp:posOffset>
                </wp:positionV>
                <wp:extent cx="5844903" cy="2119315"/>
                <wp:effectExtent l="50800" t="25400" r="60960" b="78105"/>
                <wp:wrapNone/>
                <wp:docPr id="1373296918" name="Retângulo 1"/>
                <wp:cNvGraphicFramePr/>
                <a:graphic xmlns:a="http://schemas.openxmlformats.org/drawingml/2006/main">
                  <a:graphicData uri="http://schemas.microsoft.com/office/word/2010/wordprocessingShape">
                    <wps:wsp>
                      <wps:cNvSpPr/>
                      <wps:spPr>
                        <a:xfrm>
                          <a:off x="0" y="0"/>
                          <a:ext cx="5844903" cy="211931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78102" id="Retângulo 1" o:spid="_x0000_s1026" style="position:absolute;margin-left:-8.65pt;margin-top:17.45pt;width:460.25pt;height:16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" filled="f" strokecolor="black [3213]">
                <v:shadow on="t" color="black" opacity="22937f" origin=",.5" offset="0,.63889mm"/>
              </v:rect>
            </w:pict>
          </mc:Fallback>
        </mc:AlternateContent>
      </w:r>
    </w:p>
    <w:p w14:paraId="1C522FA4" w14:textId="3A64A29A" w:rsidR="00145E41" w:rsidRPr="00145E41" w:rsidRDefault="00145E41" w:rsidP="00145E41">
      <w:pPr>
        <w:spacing w:after="0"/>
        <w:rPr>
          <w:lang w:val="pt-BR"/>
        </w:rPr>
      </w:pPr>
      <w:r w:rsidRPr="008C1554">
        <w:rPr>
          <w:rFonts w:cs="Arial"/>
          <w:szCs w:val="24"/>
          <w:lang w:val="pt-BR"/>
        </w:rPr>
        <w:t xml:space="preserve">É opcional o uso de subseções. </w:t>
      </w:r>
    </w:p>
    <w:p w14:paraId="17FA55B6" w14:textId="57822E15" w:rsidR="00145E41" w:rsidRPr="005F5277" w:rsidRDefault="00145E41" w:rsidP="00145E41">
      <w:pPr>
        <w:pStyle w:val="Ttulo2"/>
        <w:spacing w:before="0" w:after="0"/>
        <w:ind w:firstLine="0"/>
        <w:jc w:val="left"/>
        <w:rPr>
          <w:b w:val="0"/>
          <w:bCs w:val="0"/>
          <w:color w:val="000000" w:themeColor="text1"/>
          <w:szCs w:val="24"/>
          <w:lang w:val="pt-BR"/>
        </w:rPr>
      </w:pPr>
      <w:r w:rsidRPr="005F5277">
        <w:rPr>
          <w:rFonts w:ascii="Arial" w:hAnsi="Arial"/>
          <w:b w:val="0"/>
          <w:bCs w:val="0"/>
          <w:color w:val="000000" w:themeColor="text1"/>
          <w:szCs w:val="24"/>
          <w:lang w:val="pt-BR"/>
        </w:rPr>
        <w:t xml:space="preserve">EXEMPLO DE SUBSEÇÃO (os títulos das subseções não precisam de recuo) </w:t>
      </w:r>
      <w:r w:rsidRPr="005F5277">
        <w:rPr>
          <w:rFonts w:ascii="Arial" w:hAnsi="Arial" w:cs="Arial"/>
          <w:b w:val="0"/>
          <w:bCs w:val="0"/>
          <w:color w:val="000000" w:themeColor="text1"/>
          <w:szCs w:val="24"/>
          <w:lang w:val="pt-BR"/>
        </w:rPr>
        <w:t>(Maiúscula, sem negrito)</w:t>
      </w:r>
    </w:p>
    <w:p w14:paraId="79B6E441" w14:textId="17A36791" w:rsidR="00145E41" w:rsidRPr="005F5277" w:rsidRDefault="00145E41" w:rsidP="00145E41">
      <w:pPr>
        <w:spacing w:after="0"/>
        <w:rPr>
          <w:color w:val="000000" w:themeColor="text1"/>
          <w:szCs w:val="24"/>
          <w:lang w:val="pt-BR"/>
        </w:rPr>
      </w:pPr>
      <w:r w:rsidRPr="005F5277">
        <w:rPr>
          <w:color w:val="000000" w:themeColor="text1"/>
          <w:szCs w:val="24"/>
          <w:lang w:val="pt-BR"/>
        </w:rPr>
        <w:t>Texto de exemplo da subseção.</w:t>
      </w:r>
    </w:p>
    <w:p w14:paraId="785F9A34" w14:textId="77777777" w:rsidR="00145E41" w:rsidRPr="005F5277" w:rsidRDefault="00145E41" w:rsidP="00145E41">
      <w:pPr>
        <w:pStyle w:val="Ttulo2"/>
        <w:spacing w:before="0" w:after="0"/>
        <w:ind w:firstLine="0"/>
        <w:jc w:val="left"/>
        <w:rPr>
          <w:b w:val="0"/>
          <w:bCs w:val="0"/>
          <w:color w:val="000000" w:themeColor="text1"/>
          <w:szCs w:val="24"/>
          <w:lang w:val="pt-BR"/>
        </w:rPr>
      </w:pPr>
      <w:r w:rsidRPr="005F5277">
        <w:rPr>
          <w:rFonts w:ascii="Arial" w:hAnsi="Arial"/>
          <w:color w:val="000000" w:themeColor="text1"/>
          <w:szCs w:val="24"/>
          <w:lang w:val="pt-BR"/>
        </w:rPr>
        <w:t>Exemplo de seção dentro da subseção</w:t>
      </w:r>
      <w:r w:rsidRPr="005F5277">
        <w:rPr>
          <w:rFonts w:ascii="Arial" w:hAnsi="Arial"/>
          <w:b w:val="0"/>
          <w:bCs w:val="0"/>
          <w:color w:val="000000" w:themeColor="text1"/>
          <w:szCs w:val="24"/>
          <w:lang w:val="pt-BR"/>
        </w:rPr>
        <w:t xml:space="preserve"> </w:t>
      </w:r>
      <w:r w:rsidRPr="005F5277">
        <w:rPr>
          <w:rFonts w:ascii="Arial" w:hAnsi="Arial" w:cs="Arial"/>
          <w:color w:val="000000" w:themeColor="text1"/>
          <w:szCs w:val="24"/>
          <w:lang w:val="pt-BR"/>
        </w:rPr>
        <w:t>(</w:t>
      </w:r>
      <w:r w:rsidRPr="005F5277">
        <w:rPr>
          <w:rFonts w:ascii="Arial" w:hAnsi="Arial"/>
          <w:b w:val="0"/>
          <w:bCs w:val="0"/>
          <w:color w:val="000000" w:themeColor="text1"/>
          <w:szCs w:val="24"/>
          <w:lang w:val="pt-BR"/>
        </w:rPr>
        <w:t>os títulos das subseções não precisam de recuo)</w:t>
      </w:r>
    </w:p>
    <w:p w14:paraId="06ABC231" w14:textId="41EAAA6B" w:rsidR="00145E41" w:rsidRPr="005F5277" w:rsidRDefault="00145E41" w:rsidP="00145E41">
      <w:pPr>
        <w:spacing w:after="0"/>
        <w:rPr>
          <w:color w:val="000000" w:themeColor="text1"/>
          <w:szCs w:val="24"/>
          <w:lang w:val="pt-BR"/>
        </w:rPr>
      </w:pPr>
      <w:r w:rsidRPr="005F5277">
        <w:rPr>
          <w:color w:val="000000" w:themeColor="text1"/>
          <w:szCs w:val="24"/>
          <w:lang w:val="pt-BR"/>
        </w:rPr>
        <w:t>Texto de exemplo da seção interna.</w:t>
      </w:r>
    </w:p>
    <w:p w14:paraId="06458AAD" w14:textId="77777777" w:rsidR="00145E41" w:rsidRPr="005F5277" w:rsidRDefault="00145E41" w:rsidP="00145E41">
      <w:pPr>
        <w:pStyle w:val="Ttulo3"/>
        <w:spacing w:before="0" w:after="0"/>
        <w:ind w:firstLine="0"/>
        <w:rPr>
          <w:rFonts w:ascii="Arial" w:hAnsi="Arial" w:cs="Arial"/>
          <w:b w:val="0"/>
          <w:bCs w:val="0"/>
          <w:color w:val="000000" w:themeColor="text1"/>
          <w:szCs w:val="24"/>
          <w:lang w:val="pt-BR"/>
        </w:rPr>
      </w:pPr>
      <w:r w:rsidRPr="005F5277">
        <w:rPr>
          <w:rFonts w:ascii="Arial" w:hAnsi="Arial" w:cs="Arial"/>
          <w:color w:val="000000" w:themeColor="text1"/>
          <w:szCs w:val="24"/>
          <w:lang w:val="pt-BR"/>
        </w:rPr>
        <w:t>Segundo exemplo de seção dentro da subseção (Inicial maiúscula, em negrito)</w:t>
      </w:r>
    </w:p>
    <w:p w14:paraId="1CB9E7B3" w14:textId="55CEAC03" w:rsidR="0039700B" w:rsidRPr="002B098E" w:rsidRDefault="00000000" w:rsidP="00145E41">
      <w:pPr>
        <w:spacing w:after="0"/>
        <w:rPr>
          <w:lang w:val="pt-BR"/>
        </w:rPr>
      </w:pPr>
      <w:r w:rsidRPr="002B098E">
        <w:rPr>
          <w:lang w:val="pt-BR"/>
        </w:rPr>
        <w:br w:type="page"/>
      </w:r>
    </w:p>
    <w:p w14:paraId="2F0FBB55" w14:textId="3F9857DF" w:rsidR="004D141C" w:rsidRPr="004D141C" w:rsidRDefault="004D141C" w:rsidP="004D141C">
      <w:pPr>
        <w:pStyle w:val="Ttulo1"/>
        <w:spacing w:before="0" w:after="0" w:line="240" w:lineRule="auto"/>
        <w:ind w:firstLine="0"/>
        <w:rPr>
          <w:rFonts w:ascii="Arial" w:hAnsi="Arial"/>
          <w:color w:val="000000" w:themeColor="text1"/>
          <w:sz w:val="24"/>
          <w:szCs w:val="24"/>
          <w:lang w:val="pt-BR"/>
        </w:rPr>
      </w:pPr>
    </w:p>
    <w:p w14:paraId="543ABFDC" w14:textId="77777777" w:rsidR="004D141C" w:rsidRPr="004D141C" w:rsidRDefault="004D141C" w:rsidP="004D141C">
      <w:pPr>
        <w:pStyle w:val="Ttulo1"/>
        <w:spacing w:before="0" w:after="0" w:line="240" w:lineRule="auto"/>
        <w:ind w:firstLine="0"/>
        <w:rPr>
          <w:rFonts w:ascii="Arial" w:hAnsi="Arial"/>
          <w:color w:val="000000" w:themeColor="text1"/>
          <w:sz w:val="24"/>
          <w:szCs w:val="24"/>
          <w:lang w:val="pt-BR"/>
        </w:rPr>
      </w:pPr>
    </w:p>
    <w:p w14:paraId="4D5087F9" w14:textId="77777777" w:rsidR="004D141C" w:rsidRPr="004D141C" w:rsidRDefault="004D141C" w:rsidP="004D141C">
      <w:pPr>
        <w:pStyle w:val="Ttulo1"/>
        <w:spacing w:before="0" w:after="0" w:line="240" w:lineRule="auto"/>
        <w:ind w:firstLine="0"/>
        <w:rPr>
          <w:rFonts w:ascii="Arial" w:hAnsi="Arial"/>
          <w:color w:val="000000" w:themeColor="text1"/>
          <w:sz w:val="24"/>
          <w:szCs w:val="24"/>
          <w:lang w:val="pt-BR"/>
        </w:rPr>
      </w:pPr>
    </w:p>
    <w:p w14:paraId="4F4FF7D5" w14:textId="13C9CA5F" w:rsidR="004D141C" w:rsidRPr="004D141C" w:rsidRDefault="004D141C" w:rsidP="004D141C">
      <w:pPr>
        <w:pStyle w:val="Ttulo1"/>
        <w:spacing w:before="0" w:after="0" w:line="240" w:lineRule="auto"/>
        <w:ind w:firstLine="0"/>
        <w:rPr>
          <w:rFonts w:ascii="Arial" w:hAnsi="Arial"/>
          <w:color w:val="000000" w:themeColor="text1"/>
          <w:sz w:val="24"/>
          <w:szCs w:val="24"/>
          <w:lang w:val="pt-BR"/>
        </w:rPr>
      </w:pPr>
    </w:p>
    <w:p w14:paraId="3952E3A7" w14:textId="77777777" w:rsidR="004D141C" w:rsidRPr="004D141C" w:rsidRDefault="004D141C" w:rsidP="004D141C">
      <w:pPr>
        <w:pStyle w:val="Ttulo1"/>
        <w:spacing w:before="0" w:after="0" w:line="240" w:lineRule="auto"/>
        <w:ind w:firstLine="0"/>
        <w:rPr>
          <w:rFonts w:ascii="Arial" w:hAnsi="Arial"/>
          <w:color w:val="000000" w:themeColor="text1"/>
          <w:sz w:val="24"/>
          <w:szCs w:val="24"/>
          <w:lang w:val="pt-BR"/>
        </w:rPr>
      </w:pPr>
    </w:p>
    <w:p w14:paraId="22FA7D45" w14:textId="49E38ADC" w:rsidR="0039700B" w:rsidRDefault="00000000" w:rsidP="004D141C">
      <w:pPr>
        <w:pStyle w:val="Ttulo1"/>
        <w:spacing w:before="0" w:after="0" w:line="240" w:lineRule="auto"/>
        <w:ind w:firstLine="0"/>
        <w:rPr>
          <w:rFonts w:ascii="Arial" w:hAnsi="Arial"/>
          <w:color w:val="000000" w:themeColor="text1"/>
          <w:lang w:val="pt-BR"/>
        </w:rPr>
      </w:pPr>
      <w:r w:rsidRPr="00FD6892">
        <w:rPr>
          <w:rFonts w:ascii="Arial" w:hAnsi="Arial"/>
          <w:color w:val="000000" w:themeColor="text1"/>
          <w:lang w:val="pt-BR"/>
        </w:rPr>
        <w:t>ORIENTAÇÕES PARA DISSERTAÇÃO/TESE EM FORMATO DE ARTIGOS</w:t>
      </w:r>
    </w:p>
    <w:p w14:paraId="2646F97D" w14:textId="048968B9" w:rsidR="004D141C" w:rsidRDefault="004D141C" w:rsidP="004D141C">
      <w:pPr>
        <w:spacing w:after="0" w:line="240" w:lineRule="auto"/>
        <w:rPr>
          <w:lang w:val="pt-BR"/>
        </w:rPr>
      </w:pPr>
    </w:p>
    <w:p w14:paraId="5DEBE590" w14:textId="77777777" w:rsidR="004D141C" w:rsidRDefault="004D141C" w:rsidP="004D141C">
      <w:pPr>
        <w:spacing w:after="0" w:line="240" w:lineRule="auto"/>
        <w:rPr>
          <w:lang w:val="pt-BR"/>
        </w:rPr>
      </w:pPr>
    </w:p>
    <w:p w14:paraId="54DCE514" w14:textId="77777777" w:rsidR="004D141C" w:rsidRPr="004D141C" w:rsidRDefault="004D141C" w:rsidP="004D141C">
      <w:pPr>
        <w:spacing w:after="0" w:line="240" w:lineRule="auto"/>
        <w:rPr>
          <w:lang w:val="pt-BR"/>
        </w:rPr>
      </w:pPr>
    </w:p>
    <w:p w14:paraId="661F94A9" w14:textId="090CC60C" w:rsidR="00500F7B" w:rsidRDefault="00000000" w:rsidP="00500F7B">
      <w:pPr>
        <w:pStyle w:val="Commarcadores"/>
        <w:numPr>
          <w:ilvl w:val="0"/>
          <w:numId w:val="0"/>
        </w:numPr>
        <w:ind w:firstLine="567"/>
        <w:rPr>
          <w:lang w:val="pt-BR"/>
        </w:rPr>
      </w:pPr>
      <w:r w:rsidRPr="002B098E">
        <w:rPr>
          <w:lang w:val="pt-BR"/>
        </w:rPr>
        <w:t xml:space="preserve">Após a revisão da literatura, caso o aluno opte por estruturar a dissertação ou a </w:t>
      </w:r>
      <w:r w:rsidRPr="00500F7B">
        <w:rPr>
          <w:lang w:val="pt-BR"/>
        </w:rPr>
        <w:t>tese em</w:t>
      </w:r>
      <w:r w:rsidRPr="00500F7B">
        <w:rPr>
          <w:b/>
          <w:bCs/>
          <w:lang w:val="pt-BR"/>
        </w:rPr>
        <w:t xml:space="preserve"> capítulos no modelo de artigos, cada capítulo deverá ser redigido em forma de artigo científico</w:t>
      </w:r>
      <w:r w:rsidRPr="002B098E">
        <w:rPr>
          <w:lang w:val="pt-BR"/>
        </w:rPr>
        <w:t xml:space="preserve">. </w:t>
      </w:r>
      <w:r w:rsidR="00FE725B" w:rsidRPr="002B098E">
        <w:rPr>
          <w:lang w:val="pt-BR"/>
        </w:rPr>
        <w:t xml:space="preserve">A escrita deverá contemplar, conforme a natureza do estudo, os seguintes elementos: </w:t>
      </w:r>
      <w:r w:rsidR="00FE725B" w:rsidRPr="00FE725B">
        <w:rPr>
          <w:b/>
          <w:bCs/>
          <w:lang w:val="pt-BR"/>
        </w:rPr>
        <w:t>Título</w:t>
      </w:r>
      <w:r w:rsidR="00FE725B">
        <w:rPr>
          <w:b/>
          <w:bCs/>
          <w:lang w:val="pt-BR"/>
        </w:rPr>
        <w:t>,</w:t>
      </w:r>
      <w:r w:rsidR="00FE725B" w:rsidRPr="00FE725B">
        <w:rPr>
          <w:b/>
          <w:bCs/>
          <w:lang w:val="pt-BR"/>
        </w:rPr>
        <w:t xml:space="preserve"> Autores,</w:t>
      </w:r>
      <w:r w:rsidR="00FE725B">
        <w:rPr>
          <w:lang w:val="pt-BR"/>
        </w:rPr>
        <w:t xml:space="preserve"> </w:t>
      </w:r>
      <w:r w:rsidR="00FE725B">
        <w:rPr>
          <w:b/>
          <w:bCs/>
          <w:lang w:val="pt-BR"/>
        </w:rPr>
        <w:t xml:space="preserve">Resumo, </w:t>
      </w:r>
      <w:r w:rsidR="00FE725B" w:rsidRPr="00500F7B">
        <w:rPr>
          <w:b/>
          <w:bCs/>
          <w:lang w:val="pt-BR"/>
        </w:rPr>
        <w:t>Abstract</w:t>
      </w:r>
      <w:r w:rsidR="00FE725B">
        <w:rPr>
          <w:b/>
          <w:bCs/>
          <w:lang w:val="pt-BR"/>
        </w:rPr>
        <w:t xml:space="preserve">, </w:t>
      </w:r>
      <w:r w:rsidR="00FE725B" w:rsidRPr="00500F7B">
        <w:rPr>
          <w:b/>
          <w:bCs/>
          <w:lang w:val="pt-BR"/>
        </w:rPr>
        <w:t xml:space="preserve">Introdução, </w:t>
      </w:r>
      <w:r w:rsidR="00FE725B" w:rsidRPr="009545EA">
        <w:rPr>
          <w:rFonts w:cs="Arial"/>
          <w:b/>
          <w:bCs/>
          <w:lang w:val="pt-BR"/>
        </w:rPr>
        <w:t xml:space="preserve">Material </w:t>
      </w:r>
      <w:r w:rsidR="00FE725B">
        <w:rPr>
          <w:rFonts w:cs="Arial"/>
          <w:b/>
          <w:bCs/>
          <w:lang w:val="pt-BR"/>
        </w:rPr>
        <w:t>e</w:t>
      </w:r>
      <w:r w:rsidR="00FE725B" w:rsidRPr="009545EA">
        <w:rPr>
          <w:rFonts w:cs="Arial"/>
          <w:b/>
          <w:bCs/>
          <w:lang w:val="pt-BR"/>
        </w:rPr>
        <w:t xml:space="preserve"> Métodos</w:t>
      </w:r>
      <w:r w:rsidR="00FE725B" w:rsidRPr="00500F7B">
        <w:rPr>
          <w:b/>
          <w:bCs/>
          <w:lang w:val="pt-BR"/>
        </w:rPr>
        <w:t xml:space="preserve">, Resultados, Discussão, Conclusão, Referências </w:t>
      </w:r>
      <w:r w:rsidR="00FE725B">
        <w:rPr>
          <w:b/>
          <w:bCs/>
          <w:lang w:val="pt-BR"/>
        </w:rPr>
        <w:t>e</w:t>
      </w:r>
      <w:r w:rsidR="00FE725B" w:rsidRPr="00500F7B">
        <w:rPr>
          <w:b/>
          <w:bCs/>
          <w:lang w:val="pt-BR"/>
        </w:rPr>
        <w:t xml:space="preserve"> Material Suplementar</w:t>
      </w:r>
      <w:r w:rsidR="00FE725B">
        <w:rPr>
          <w:b/>
          <w:bCs/>
          <w:lang w:val="pt-BR"/>
        </w:rPr>
        <w:t xml:space="preserve"> (s</w:t>
      </w:r>
      <w:r w:rsidR="00FE725B" w:rsidRPr="00500F7B">
        <w:rPr>
          <w:b/>
          <w:bCs/>
          <w:lang w:val="pt-BR"/>
        </w:rPr>
        <w:t xml:space="preserve">e </w:t>
      </w:r>
      <w:r w:rsidR="00FE725B">
        <w:rPr>
          <w:b/>
          <w:bCs/>
          <w:lang w:val="pt-BR"/>
        </w:rPr>
        <w:t>n</w:t>
      </w:r>
      <w:r w:rsidR="00FE725B" w:rsidRPr="00500F7B">
        <w:rPr>
          <w:b/>
          <w:bCs/>
          <w:lang w:val="pt-BR"/>
        </w:rPr>
        <w:t>ecessário</w:t>
      </w:r>
      <w:r w:rsidR="00FE725B">
        <w:rPr>
          <w:b/>
          <w:bCs/>
          <w:lang w:val="pt-BR"/>
        </w:rPr>
        <w:t>)</w:t>
      </w:r>
      <w:r w:rsidR="00FE725B" w:rsidRPr="002B098E">
        <w:rPr>
          <w:lang w:val="pt-BR"/>
        </w:rPr>
        <w:t>.</w:t>
      </w:r>
    </w:p>
    <w:p w14:paraId="0F57B21D" w14:textId="00ED9FD0" w:rsidR="00FE725B" w:rsidRPr="00500F7B" w:rsidRDefault="00FE725B" w:rsidP="00FE725B">
      <w:pPr>
        <w:pStyle w:val="Commarcadores"/>
        <w:numPr>
          <w:ilvl w:val="0"/>
          <w:numId w:val="0"/>
        </w:numPr>
        <w:ind w:firstLine="567"/>
        <w:rPr>
          <w:rFonts w:cs="Arial"/>
          <w:lang w:val="pt-BR"/>
        </w:rPr>
      </w:pPr>
      <w:r w:rsidRPr="002B098E">
        <w:rPr>
          <w:lang w:val="pt-BR"/>
        </w:rPr>
        <w:t>Nessa modalidade</w:t>
      </w:r>
      <w:r>
        <w:rPr>
          <w:lang w:val="pt-BR"/>
        </w:rPr>
        <w:t xml:space="preserve"> de capítulo/artigo</w:t>
      </w:r>
      <w:r w:rsidRPr="002B098E">
        <w:rPr>
          <w:lang w:val="pt-BR"/>
        </w:rPr>
        <w:t>, o texto deverá seguir as normas ABNT vigentes aplicáveis. As citações e as referências de todo o trabalho, inclusive dos capítulos em formato de artigo, deverão observar obrigatoriamente as normas da ABNT.</w:t>
      </w:r>
      <w:r>
        <w:rPr>
          <w:lang w:val="pt-BR"/>
        </w:rPr>
        <w:t xml:space="preserve"> </w:t>
      </w:r>
    </w:p>
    <w:p w14:paraId="07CE8388" w14:textId="340501A9" w:rsidR="00500F7B" w:rsidRDefault="00500F7B" w:rsidP="00500F7B">
      <w:pPr>
        <w:pStyle w:val="Commarcadores"/>
        <w:numPr>
          <w:ilvl w:val="0"/>
          <w:numId w:val="0"/>
        </w:numPr>
        <w:ind w:firstLine="567"/>
        <w:rPr>
          <w:rFonts w:cs="Arial"/>
          <w:lang w:val="pt-BR"/>
        </w:rPr>
      </w:pPr>
      <w:r>
        <w:rPr>
          <w:lang w:val="pt-BR"/>
        </w:rPr>
        <w:t xml:space="preserve">Se o aluno optar por formato de artigo </w:t>
      </w:r>
      <w:r>
        <w:rPr>
          <w:lang w:val="pt-BR"/>
        </w:rPr>
        <w:t>ao</w:t>
      </w:r>
      <w:r>
        <w:rPr>
          <w:lang w:val="pt-BR"/>
        </w:rPr>
        <w:t xml:space="preserve"> final deverá ter um tópico CONSIDERAÇÕES FINAIS copilando todos os achados da Dissertação/Tese. </w:t>
      </w:r>
      <w:r w:rsidRPr="00306140">
        <w:rPr>
          <w:rFonts w:cs="Arial"/>
          <w:lang w:val="pt-BR"/>
        </w:rPr>
        <w:t xml:space="preserve">O </w:t>
      </w:r>
      <w:proofErr w:type="gramStart"/>
      <w:r w:rsidRPr="00306140">
        <w:rPr>
          <w:rFonts w:cs="Arial"/>
          <w:lang w:val="pt-BR"/>
        </w:rPr>
        <w:t>titulo</w:t>
      </w:r>
      <w:proofErr w:type="gramEnd"/>
      <w:r w:rsidRPr="00306140">
        <w:rPr>
          <w:rFonts w:cs="Arial"/>
          <w:lang w:val="pt-BR"/>
        </w:rPr>
        <w:t xml:space="preserve"> da “</w:t>
      </w:r>
      <w:r>
        <w:rPr>
          <w:lang w:val="pt-BR"/>
        </w:rPr>
        <w:t>CONSIDERAÇÕES FINAIS</w:t>
      </w:r>
      <w:r w:rsidRPr="00306140">
        <w:rPr>
          <w:rFonts w:cs="Arial"/>
          <w:lang w:val="pt-BR"/>
        </w:rPr>
        <w:t>”, em MAIÚSCULAS (Arial - 14), é centralizado a 5 (CINCO) espaços simples (letra-12) da margem superior da página. O texto inicia-se a três espaços simples (letra-12) abaixo do título</w:t>
      </w:r>
      <w:r>
        <w:rPr>
          <w:rFonts w:cs="Arial"/>
          <w:lang w:val="pt-BR"/>
        </w:rPr>
        <w:t xml:space="preserve">. </w:t>
      </w:r>
    </w:p>
    <w:p w14:paraId="1898BE8B" w14:textId="496889D1" w:rsidR="00500F7B" w:rsidRDefault="00500F7B" w:rsidP="00500F7B">
      <w:pPr>
        <w:pStyle w:val="Commarcadores"/>
        <w:numPr>
          <w:ilvl w:val="0"/>
          <w:numId w:val="0"/>
        </w:numPr>
        <w:ind w:firstLine="567"/>
        <w:rPr>
          <w:rFonts w:cs="Arial"/>
          <w:lang w:val="pt-BR"/>
        </w:rPr>
      </w:pPr>
      <w:r w:rsidRPr="00306140">
        <w:rPr>
          <w:lang w:val="pt-BR"/>
        </w:rPr>
        <w:t>O texto deverá ser escrito em letra Arial-12, justificado, espaçamento 1,5.</w:t>
      </w:r>
      <w:r>
        <w:rPr>
          <w:lang w:val="pt-BR"/>
        </w:rPr>
        <w:t xml:space="preserve"> </w:t>
      </w:r>
    </w:p>
    <w:p w14:paraId="0F4B8E46" w14:textId="1ECF01E6" w:rsidR="00FE725B" w:rsidRDefault="00500F7B" w:rsidP="00FE725B">
      <w:pPr>
        <w:pStyle w:val="Commarcadores"/>
        <w:numPr>
          <w:ilvl w:val="0"/>
          <w:numId w:val="0"/>
        </w:numPr>
        <w:ind w:firstLine="567"/>
        <w:rPr>
          <w:lang w:val="pt-BR"/>
        </w:rPr>
      </w:pPr>
      <w:r w:rsidRPr="00306140">
        <w:rPr>
          <w:lang w:val="pt-BR"/>
        </w:rPr>
        <w:t xml:space="preserve">Todo parágrafo </w:t>
      </w:r>
      <w:r>
        <w:rPr>
          <w:lang w:val="pt-BR"/>
        </w:rPr>
        <w:t xml:space="preserve">dessa seção </w:t>
      </w:r>
      <w:r w:rsidRPr="00306140">
        <w:rPr>
          <w:lang w:val="pt-BR"/>
        </w:rPr>
        <w:t>deverá ser formatado com recuo de 1 cm a partir da margem esquerda.</w:t>
      </w:r>
    </w:p>
    <w:p w14:paraId="6316EA02" w14:textId="094EACAB" w:rsidR="0039700B" w:rsidRPr="004D141C" w:rsidRDefault="00FE279B" w:rsidP="004D141C">
      <w:pPr>
        <w:pStyle w:val="Commarcadores"/>
        <w:numPr>
          <w:ilvl w:val="0"/>
          <w:numId w:val="0"/>
        </w:numPr>
        <w:ind w:firstLine="567"/>
        <w:rPr>
          <w:rFonts w:cs="Arial"/>
          <w:lang w:val="pt-BR"/>
        </w:rPr>
      </w:pPr>
      <w:r w:rsidRPr="00FE725B">
        <w:rPr>
          <w:b/>
          <w:bCs/>
          <w:color w:val="EE0000"/>
          <w:lang w:val="pt-BR"/>
        </w:rPr>
        <w:t>Caso o aluno opte pela estrutura clássica de dissertação ou tese, deverá seguir normalmente as normas e orientações subsequentes apresentadas neste modelo</w:t>
      </w:r>
      <w:r w:rsidRPr="002B098E">
        <w:rPr>
          <w:lang w:val="pt-BR"/>
        </w:rPr>
        <w:t>.</w:t>
      </w:r>
      <w:r w:rsidR="00000000" w:rsidRPr="00FE279B">
        <w:rPr>
          <w:lang w:val="pt-BR"/>
        </w:rPr>
        <w:br w:type="page"/>
      </w:r>
    </w:p>
    <w:p w14:paraId="5BF169BD" w14:textId="316F157E" w:rsidR="00FD6892" w:rsidRDefault="00FD6892" w:rsidP="00FD6892">
      <w:pPr>
        <w:spacing w:after="0" w:line="240" w:lineRule="auto"/>
        <w:ind w:firstLine="0"/>
        <w:jc w:val="center"/>
        <w:rPr>
          <w:rFonts w:cs="Arial"/>
          <w:bCs/>
          <w:iCs/>
          <w:lang w:val="pt-BR"/>
        </w:rPr>
      </w:pPr>
    </w:p>
    <w:p w14:paraId="57725F6F" w14:textId="77777777" w:rsidR="00FD6892" w:rsidRDefault="00FD6892" w:rsidP="00FD6892">
      <w:pPr>
        <w:spacing w:after="0" w:line="240" w:lineRule="auto"/>
        <w:ind w:firstLine="0"/>
        <w:jc w:val="center"/>
        <w:rPr>
          <w:rFonts w:cs="Arial"/>
          <w:bCs/>
          <w:iCs/>
          <w:lang w:val="pt-BR"/>
        </w:rPr>
      </w:pPr>
    </w:p>
    <w:p w14:paraId="59C4151E" w14:textId="6EC1B079" w:rsidR="00FD6892" w:rsidRDefault="00FD6892" w:rsidP="00FD6892">
      <w:pPr>
        <w:spacing w:after="0" w:line="240" w:lineRule="auto"/>
        <w:ind w:firstLine="0"/>
        <w:jc w:val="center"/>
        <w:rPr>
          <w:rFonts w:cs="Arial"/>
          <w:bCs/>
          <w:iCs/>
          <w:lang w:val="pt-BR"/>
        </w:rPr>
      </w:pPr>
    </w:p>
    <w:p w14:paraId="526AFA09" w14:textId="632526DC" w:rsidR="00FD6892" w:rsidRDefault="00FD6892" w:rsidP="00FD6892">
      <w:pPr>
        <w:spacing w:after="0" w:line="240" w:lineRule="auto"/>
        <w:ind w:firstLine="0"/>
        <w:jc w:val="center"/>
        <w:rPr>
          <w:rFonts w:cs="Arial"/>
          <w:bCs/>
          <w:iCs/>
          <w:lang w:val="pt-BR"/>
        </w:rPr>
      </w:pPr>
    </w:p>
    <w:p w14:paraId="6D0718D0" w14:textId="40F0050A" w:rsidR="00FD6892" w:rsidRDefault="00FD6892" w:rsidP="00FD6892">
      <w:pPr>
        <w:spacing w:after="0" w:line="240" w:lineRule="auto"/>
        <w:ind w:firstLine="0"/>
        <w:jc w:val="center"/>
        <w:rPr>
          <w:rFonts w:cs="Arial"/>
          <w:bCs/>
          <w:iCs/>
          <w:lang w:val="pt-BR"/>
        </w:rPr>
      </w:pPr>
    </w:p>
    <w:p w14:paraId="4558052D" w14:textId="0457060B" w:rsidR="00FD6892" w:rsidRDefault="00FD6892" w:rsidP="00FD6892">
      <w:pPr>
        <w:spacing w:after="0" w:line="240" w:lineRule="auto"/>
        <w:ind w:firstLine="0"/>
        <w:jc w:val="center"/>
        <w:rPr>
          <w:rFonts w:cs="Arial"/>
          <w:sz w:val="28"/>
          <w:szCs w:val="24"/>
          <w:lang w:val="pt-BR"/>
        </w:rPr>
      </w:pPr>
      <w:r w:rsidRPr="00FD6892">
        <w:rPr>
          <w:rFonts w:cs="Arial"/>
          <w:sz w:val="28"/>
          <w:szCs w:val="24"/>
          <w:lang w:val="pt-BR"/>
        </w:rPr>
        <w:t>MATERIAL E MÉTODOS</w:t>
      </w:r>
    </w:p>
    <w:p w14:paraId="243C7D48" w14:textId="77777777" w:rsidR="00FD6892" w:rsidRPr="00FD6892" w:rsidRDefault="00FD6892" w:rsidP="00FD6892">
      <w:pPr>
        <w:spacing w:after="0" w:line="240" w:lineRule="auto"/>
        <w:ind w:firstLine="0"/>
        <w:jc w:val="center"/>
        <w:rPr>
          <w:rFonts w:cs="Arial"/>
          <w:bCs/>
          <w:iCs/>
          <w:lang w:val="pt-BR"/>
        </w:rPr>
      </w:pPr>
    </w:p>
    <w:p w14:paraId="5CCB7A58" w14:textId="5ED3A68E" w:rsidR="00FD6892" w:rsidRPr="00FD6892" w:rsidRDefault="00FD6892" w:rsidP="00FD6892">
      <w:pPr>
        <w:spacing w:after="0" w:line="240" w:lineRule="auto"/>
        <w:ind w:firstLine="0"/>
        <w:jc w:val="center"/>
        <w:rPr>
          <w:rFonts w:cs="Arial"/>
          <w:bCs/>
          <w:iCs/>
          <w:lang w:val="pt-BR"/>
        </w:rPr>
      </w:pPr>
    </w:p>
    <w:p w14:paraId="05216A7F" w14:textId="77777777" w:rsidR="00FD6892" w:rsidRPr="00FD6892" w:rsidRDefault="00FD6892" w:rsidP="00FD6892">
      <w:pPr>
        <w:spacing w:after="0" w:line="240" w:lineRule="auto"/>
        <w:ind w:firstLine="0"/>
        <w:jc w:val="center"/>
        <w:rPr>
          <w:rFonts w:cs="Arial"/>
          <w:bCs/>
          <w:iCs/>
          <w:lang w:val="pt-BR"/>
        </w:rPr>
      </w:pPr>
    </w:p>
    <w:p w14:paraId="629D1EC1" w14:textId="39D6F288" w:rsidR="008C1554" w:rsidRPr="008C1554" w:rsidRDefault="008C1554" w:rsidP="008C1554">
      <w:pPr>
        <w:spacing w:after="0"/>
        <w:rPr>
          <w:rFonts w:cs="Arial"/>
          <w:szCs w:val="24"/>
          <w:lang w:val="pt-BR"/>
        </w:rPr>
      </w:pPr>
      <w:r w:rsidRPr="008C1554">
        <w:rPr>
          <w:rFonts w:cs="Arial"/>
          <w:szCs w:val="24"/>
          <w:lang w:val="pt-BR"/>
        </w:rPr>
        <w:t>Descrever a metodologia utilizada para desenvolvimento da pesquisa, incluindo tipo de estudo, tipo e número de amostras ou participantes da pesquisa, metodologia de análise de dados, técnicas ou procedimentos realizados.</w:t>
      </w:r>
    </w:p>
    <w:p w14:paraId="40B1AA87" w14:textId="63AA8384" w:rsidR="008C1554" w:rsidRPr="008C1554" w:rsidRDefault="008C1554" w:rsidP="008C1554">
      <w:pPr>
        <w:spacing w:after="0"/>
        <w:rPr>
          <w:rFonts w:cs="Arial"/>
          <w:szCs w:val="24"/>
          <w:lang w:val="pt-BR"/>
        </w:rPr>
      </w:pPr>
      <w:r w:rsidRPr="008C1554">
        <w:rPr>
          <w:rFonts w:cs="Arial"/>
          <w:szCs w:val="24"/>
          <w:lang w:val="pt-BR"/>
        </w:rPr>
        <w:t xml:space="preserve">Em casos de estudos e experimentos que envolvam uso de animais, é obrigatório apresentar nessa seção o número do protocolo de aprovação da pesquisa emitido pela Comissão de Ética na Utilização de Animais (CEUA). </w:t>
      </w:r>
    </w:p>
    <w:p w14:paraId="1040F686" w14:textId="263CE5AC" w:rsidR="008C1554" w:rsidRDefault="008C1554" w:rsidP="008C1554">
      <w:pPr>
        <w:spacing w:after="0"/>
        <w:rPr>
          <w:rFonts w:cs="Arial"/>
          <w:lang w:val="pt-BR"/>
        </w:rPr>
      </w:pPr>
      <w:r w:rsidRPr="008C1554">
        <w:rPr>
          <w:rFonts w:cs="Arial"/>
          <w:szCs w:val="24"/>
          <w:lang w:val="pt-BR"/>
        </w:rPr>
        <w:t>Em casos de pesquisas que envolvam seres humanos, é obrigatório apresentar nessa seção o número do protocolo de aprovação da pesquisa emitido pelo</w:t>
      </w:r>
      <w:r w:rsidRPr="008C1554">
        <w:rPr>
          <w:lang w:val="pt-BR"/>
        </w:rPr>
        <w:t xml:space="preserve"> </w:t>
      </w:r>
      <w:r w:rsidRPr="008C1554">
        <w:rPr>
          <w:rFonts w:cs="Arial"/>
          <w:szCs w:val="24"/>
          <w:lang w:val="pt-BR"/>
        </w:rPr>
        <w:t>Comitê de Ética em Pesquisa (CEP).</w:t>
      </w:r>
      <w:r w:rsidRPr="008C1554">
        <w:rPr>
          <w:rFonts w:cs="Arial"/>
          <w:lang w:val="pt-BR"/>
        </w:rPr>
        <w:t xml:space="preserve"> </w:t>
      </w:r>
      <w:r w:rsidRPr="00306140">
        <w:rPr>
          <w:rFonts w:cs="Arial"/>
          <w:lang w:val="pt-BR"/>
        </w:rPr>
        <w:t>O texto inicia-se a três espaços simples (letra-12) abaixo do título</w:t>
      </w:r>
      <w:r>
        <w:rPr>
          <w:rFonts w:cs="Arial"/>
          <w:lang w:val="pt-BR"/>
        </w:rPr>
        <w:t>.</w:t>
      </w:r>
    </w:p>
    <w:p w14:paraId="273E1DD7" w14:textId="0F08E19C" w:rsidR="008C1554" w:rsidRDefault="008C1554" w:rsidP="008C1554">
      <w:pPr>
        <w:spacing w:after="0"/>
        <w:rPr>
          <w:rFonts w:cs="Arial"/>
          <w:lang w:val="pt-BR"/>
        </w:rPr>
      </w:pPr>
      <w:r w:rsidRPr="00306140">
        <w:rPr>
          <w:rFonts w:cs="Arial"/>
          <w:lang w:val="pt-BR"/>
        </w:rPr>
        <w:t>O texto deverá ser escrito em letra Arial-12, justificado, espaçamento 1,5.</w:t>
      </w:r>
      <w:r>
        <w:rPr>
          <w:rFonts w:cs="Arial"/>
          <w:lang w:val="pt-BR"/>
        </w:rPr>
        <w:t xml:space="preserve"> </w:t>
      </w:r>
    </w:p>
    <w:p w14:paraId="150B9AEE" w14:textId="76B53DF9" w:rsidR="008C1554" w:rsidRPr="00306140" w:rsidRDefault="008C1554" w:rsidP="008C1554">
      <w:pPr>
        <w:spacing w:after="0"/>
        <w:rPr>
          <w:rFonts w:cs="Arial"/>
          <w:lang w:val="pt-BR"/>
        </w:rPr>
      </w:pPr>
      <w:r w:rsidRPr="00306140">
        <w:rPr>
          <w:rFonts w:cs="Arial"/>
          <w:lang w:val="pt-BR"/>
        </w:rPr>
        <w:t>Todo parágrafo deverá ser formatado com recuo de 1 cm a partir da margem esquerda.</w:t>
      </w:r>
    </w:p>
    <w:p w14:paraId="7AE7E3C4" w14:textId="4BE131F9" w:rsidR="008C1554" w:rsidRPr="008C1554" w:rsidRDefault="00145E41" w:rsidP="008C1554">
      <w:pPr>
        <w:spacing w:after="0"/>
        <w:rPr>
          <w:rFonts w:cs="Arial"/>
          <w:szCs w:val="24"/>
          <w:lang w:val="pt-BR"/>
        </w:rPr>
      </w:pPr>
      <w:r>
        <w:rPr>
          <w:rFonts w:cs="Arial"/>
          <w:noProof/>
          <w:szCs w:val="24"/>
          <w:lang w:val="pt-BR"/>
        </w:rPr>
        <mc:AlternateContent>
          <mc:Choice Requires="wps">
            <w:drawing>
              <wp:anchor distT="0" distB="0" distL="114300" distR="114300" simplePos="0" relativeHeight="251661312" behindDoc="0" locked="0" layoutInCell="1" allowOverlap="1" wp14:anchorId="37B42AB8" wp14:editId="67408029">
                <wp:simplePos x="0" y="0"/>
                <wp:positionH relativeFrom="column">
                  <wp:posOffset>-57785</wp:posOffset>
                </wp:positionH>
                <wp:positionV relativeFrom="paragraph">
                  <wp:posOffset>217986</wp:posOffset>
                </wp:positionV>
                <wp:extent cx="5844903" cy="2119315"/>
                <wp:effectExtent l="50800" t="25400" r="60960" b="78105"/>
                <wp:wrapNone/>
                <wp:docPr id="268462791" name="Retângulo 1"/>
                <wp:cNvGraphicFramePr/>
                <a:graphic xmlns:a="http://schemas.openxmlformats.org/drawingml/2006/main">
                  <a:graphicData uri="http://schemas.microsoft.com/office/word/2010/wordprocessingShape">
                    <wps:wsp>
                      <wps:cNvSpPr/>
                      <wps:spPr>
                        <a:xfrm>
                          <a:off x="0" y="0"/>
                          <a:ext cx="5844903" cy="211931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4B95D" id="Retângulo 1" o:spid="_x0000_s1026" style="position:absolute;margin-left:-4.55pt;margin-top:17.15pt;width:460.25pt;height:16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" filled="f" strokecolor="black [3213]">
                <v:shadow on="t" color="black" opacity="22937f" origin=",.5" offset="0,.63889mm"/>
              </v:rect>
            </w:pict>
          </mc:Fallback>
        </mc:AlternateContent>
      </w:r>
    </w:p>
    <w:p w14:paraId="46CA3FB9" w14:textId="7306F923" w:rsidR="00145E41" w:rsidRPr="008C1554" w:rsidRDefault="00145E41" w:rsidP="00145E41">
      <w:pPr>
        <w:spacing w:after="0"/>
        <w:ind w:firstLine="708"/>
        <w:rPr>
          <w:rFonts w:cs="Arial"/>
          <w:szCs w:val="24"/>
          <w:lang w:val="pt-BR"/>
        </w:rPr>
      </w:pPr>
      <w:r w:rsidRPr="008C1554">
        <w:rPr>
          <w:rFonts w:cs="Arial"/>
          <w:szCs w:val="24"/>
          <w:lang w:val="pt-BR"/>
        </w:rPr>
        <w:t xml:space="preserve">É opcional o uso de subseções. </w:t>
      </w:r>
    </w:p>
    <w:p w14:paraId="57FB8209" w14:textId="0F8C9DED" w:rsidR="00145E41" w:rsidRPr="005F5277" w:rsidRDefault="00145E41" w:rsidP="00145E41">
      <w:pPr>
        <w:pStyle w:val="Ttulo2"/>
        <w:spacing w:before="0" w:after="0"/>
        <w:ind w:firstLine="0"/>
        <w:jc w:val="left"/>
        <w:rPr>
          <w:b w:val="0"/>
          <w:bCs w:val="0"/>
          <w:color w:val="000000" w:themeColor="text1"/>
          <w:szCs w:val="24"/>
          <w:lang w:val="pt-BR"/>
        </w:rPr>
      </w:pPr>
      <w:r w:rsidRPr="005F5277">
        <w:rPr>
          <w:rFonts w:ascii="Arial" w:hAnsi="Arial"/>
          <w:b w:val="0"/>
          <w:bCs w:val="0"/>
          <w:color w:val="000000" w:themeColor="text1"/>
          <w:szCs w:val="24"/>
          <w:lang w:val="pt-BR"/>
        </w:rPr>
        <w:t xml:space="preserve">EXEMPLO DE SUBSEÇÃO (os títulos das subseções não precisam de recuo) </w:t>
      </w:r>
      <w:r w:rsidRPr="005F5277">
        <w:rPr>
          <w:rFonts w:ascii="Arial" w:hAnsi="Arial" w:cs="Arial"/>
          <w:b w:val="0"/>
          <w:bCs w:val="0"/>
          <w:color w:val="000000" w:themeColor="text1"/>
          <w:szCs w:val="24"/>
          <w:lang w:val="pt-BR"/>
        </w:rPr>
        <w:t>(Maiúscula, sem negrito)</w:t>
      </w:r>
    </w:p>
    <w:p w14:paraId="66B86756" w14:textId="1B4DEC95" w:rsidR="00145E41" w:rsidRPr="005F5277" w:rsidRDefault="00145E41" w:rsidP="00145E41">
      <w:pPr>
        <w:spacing w:after="0"/>
        <w:rPr>
          <w:color w:val="000000" w:themeColor="text1"/>
          <w:szCs w:val="24"/>
          <w:lang w:val="pt-BR"/>
        </w:rPr>
      </w:pPr>
      <w:r w:rsidRPr="005F5277">
        <w:rPr>
          <w:color w:val="000000" w:themeColor="text1"/>
          <w:szCs w:val="24"/>
          <w:lang w:val="pt-BR"/>
        </w:rPr>
        <w:t>Texto de exemplo da subseção.</w:t>
      </w:r>
    </w:p>
    <w:p w14:paraId="4B6146CD" w14:textId="6D13F2F0" w:rsidR="00145E41" w:rsidRPr="005F5277" w:rsidRDefault="00145E41" w:rsidP="00145E41">
      <w:pPr>
        <w:pStyle w:val="Ttulo2"/>
        <w:spacing w:before="0" w:after="0"/>
        <w:ind w:firstLine="0"/>
        <w:jc w:val="left"/>
        <w:rPr>
          <w:b w:val="0"/>
          <w:bCs w:val="0"/>
          <w:color w:val="000000" w:themeColor="text1"/>
          <w:szCs w:val="24"/>
          <w:lang w:val="pt-BR"/>
        </w:rPr>
      </w:pPr>
      <w:r w:rsidRPr="005F5277">
        <w:rPr>
          <w:rFonts w:ascii="Arial" w:hAnsi="Arial"/>
          <w:color w:val="000000" w:themeColor="text1"/>
          <w:szCs w:val="24"/>
          <w:lang w:val="pt-BR"/>
        </w:rPr>
        <w:t>Exemplo de seção dentro da subseção</w:t>
      </w:r>
      <w:r w:rsidRPr="005F5277">
        <w:rPr>
          <w:rFonts w:ascii="Arial" w:hAnsi="Arial"/>
          <w:b w:val="0"/>
          <w:bCs w:val="0"/>
          <w:color w:val="000000" w:themeColor="text1"/>
          <w:szCs w:val="24"/>
          <w:lang w:val="pt-BR"/>
        </w:rPr>
        <w:t xml:space="preserve"> </w:t>
      </w:r>
      <w:r w:rsidRPr="005F5277">
        <w:rPr>
          <w:rFonts w:ascii="Arial" w:hAnsi="Arial" w:cs="Arial"/>
          <w:color w:val="000000" w:themeColor="text1"/>
          <w:szCs w:val="24"/>
          <w:lang w:val="pt-BR"/>
        </w:rPr>
        <w:t>(</w:t>
      </w:r>
      <w:r w:rsidRPr="005F5277">
        <w:rPr>
          <w:rFonts w:ascii="Arial" w:hAnsi="Arial"/>
          <w:b w:val="0"/>
          <w:bCs w:val="0"/>
          <w:color w:val="000000" w:themeColor="text1"/>
          <w:szCs w:val="24"/>
          <w:lang w:val="pt-BR"/>
        </w:rPr>
        <w:t>os títulos das subseções não precisam de recuo)</w:t>
      </w:r>
    </w:p>
    <w:p w14:paraId="6DE60A46" w14:textId="389D9DDE" w:rsidR="00145E41" w:rsidRPr="005F5277" w:rsidRDefault="00145E41" w:rsidP="00145E41">
      <w:pPr>
        <w:spacing w:after="0"/>
        <w:rPr>
          <w:color w:val="000000" w:themeColor="text1"/>
          <w:szCs w:val="24"/>
          <w:lang w:val="pt-BR"/>
        </w:rPr>
      </w:pPr>
      <w:r w:rsidRPr="005F5277">
        <w:rPr>
          <w:color w:val="000000" w:themeColor="text1"/>
          <w:szCs w:val="24"/>
          <w:lang w:val="pt-BR"/>
        </w:rPr>
        <w:t>Texto de exemplo da seção interna.</w:t>
      </w:r>
    </w:p>
    <w:p w14:paraId="2D251D89" w14:textId="209CF0C6" w:rsidR="00145E41" w:rsidRPr="005F5277" w:rsidRDefault="00145E41" w:rsidP="00145E41">
      <w:pPr>
        <w:pStyle w:val="Ttulo3"/>
        <w:spacing w:before="0" w:after="0"/>
        <w:ind w:firstLine="0"/>
        <w:rPr>
          <w:rFonts w:ascii="Arial" w:hAnsi="Arial" w:cs="Arial"/>
          <w:b w:val="0"/>
          <w:bCs w:val="0"/>
          <w:color w:val="000000" w:themeColor="text1"/>
          <w:szCs w:val="24"/>
          <w:lang w:val="pt-BR"/>
        </w:rPr>
      </w:pPr>
      <w:r w:rsidRPr="005F5277">
        <w:rPr>
          <w:rFonts w:ascii="Arial" w:hAnsi="Arial" w:cs="Arial"/>
          <w:color w:val="000000" w:themeColor="text1"/>
          <w:szCs w:val="24"/>
          <w:lang w:val="pt-BR"/>
        </w:rPr>
        <w:t>Segundo exemplo de seção dentro da subseção (Inicial maiúscula, em negrito)</w:t>
      </w:r>
    </w:p>
    <w:p w14:paraId="29B0EC5E" w14:textId="1EAF7326" w:rsidR="0039700B" w:rsidRPr="002B098E" w:rsidRDefault="00000000">
      <w:pPr>
        <w:rPr>
          <w:lang w:val="pt-BR"/>
        </w:rPr>
      </w:pPr>
      <w:r w:rsidRPr="002B098E">
        <w:rPr>
          <w:lang w:val="pt-BR"/>
        </w:rPr>
        <w:br w:type="page"/>
      </w:r>
    </w:p>
    <w:p w14:paraId="7527EC6C" w14:textId="01FCEAAA" w:rsidR="00FD6892" w:rsidRDefault="00FD6892" w:rsidP="00FD6892">
      <w:pPr>
        <w:spacing w:after="0" w:line="240" w:lineRule="auto"/>
        <w:ind w:firstLine="0"/>
        <w:jc w:val="center"/>
        <w:rPr>
          <w:rFonts w:cs="Arial"/>
          <w:bCs/>
          <w:iCs/>
          <w:lang w:val="pt-BR"/>
        </w:rPr>
      </w:pPr>
    </w:p>
    <w:p w14:paraId="17A5CED1" w14:textId="77777777" w:rsidR="00FD6892" w:rsidRDefault="00FD6892" w:rsidP="00FD6892">
      <w:pPr>
        <w:spacing w:after="0" w:line="240" w:lineRule="auto"/>
        <w:ind w:firstLine="0"/>
        <w:jc w:val="center"/>
        <w:rPr>
          <w:rFonts w:cs="Arial"/>
          <w:bCs/>
          <w:iCs/>
          <w:lang w:val="pt-BR"/>
        </w:rPr>
      </w:pPr>
    </w:p>
    <w:p w14:paraId="4EFBEAD6" w14:textId="4A702DC2" w:rsidR="00FD6892" w:rsidRDefault="00FD6892" w:rsidP="00FD6892">
      <w:pPr>
        <w:spacing w:after="0" w:line="240" w:lineRule="auto"/>
        <w:ind w:firstLine="0"/>
        <w:jc w:val="center"/>
        <w:rPr>
          <w:rFonts w:cs="Arial"/>
          <w:bCs/>
          <w:iCs/>
          <w:lang w:val="pt-BR"/>
        </w:rPr>
      </w:pPr>
    </w:p>
    <w:p w14:paraId="316CF573" w14:textId="77777777" w:rsidR="00FD6892" w:rsidRDefault="00FD6892" w:rsidP="00FD6892">
      <w:pPr>
        <w:spacing w:after="0" w:line="240" w:lineRule="auto"/>
        <w:ind w:firstLine="0"/>
        <w:jc w:val="center"/>
        <w:rPr>
          <w:rFonts w:cs="Arial"/>
          <w:bCs/>
          <w:iCs/>
          <w:lang w:val="pt-BR"/>
        </w:rPr>
      </w:pPr>
    </w:p>
    <w:p w14:paraId="3C111139" w14:textId="62C94758" w:rsidR="00FD6892" w:rsidRDefault="00FD6892" w:rsidP="00FD6892">
      <w:pPr>
        <w:spacing w:after="0" w:line="240" w:lineRule="auto"/>
        <w:ind w:firstLine="0"/>
        <w:jc w:val="center"/>
        <w:rPr>
          <w:rFonts w:cs="Arial"/>
          <w:bCs/>
          <w:iCs/>
          <w:lang w:val="pt-BR"/>
        </w:rPr>
      </w:pPr>
    </w:p>
    <w:p w14:paraId="75CE8661" w14:textId="1B98879D" w:rsidR="00FD6892" w:rsidRDefault="00FD6892" w:rsidP="00FD6892">
      <w:pPr>
        <w:spacing w:after="0" w:line="240" w:lineRule="auto"/>
        <w:ind w:firstLine="0"/>
        <w:jc w:val="center"/>
        <w:rPr>
          <w:rFonts w:cs="Arial"/>
          <w:sz w:val="28"/>
          <w:szCs w:val="24"/>
          <w:lang w:val="pt-BR"/>
        </w:rPr>
      </w:pPr>
      <w:r w:rsidRPr="00FD6892">
        <w:rPr>
          <w:rFonts w:cs="Arial"/>
          <w:sz w:val="28"/>
          <w:szCs w:val="24"/>
          <w:lang w:val="pt-BR"/>
        </w:rPr>
        <w:t>RESULTADOS E DISCUSSÃO</w:t>
      </w:r>
    </w:p>
    <w:p w14:paraId="0F062CCE" w14:textId="4419A935" w:rsidR="00FD6892" w:rsidRPr="00FD6892" w:rsidRDefault="00FD6892" w:rsidP="00FD6892">
      <w:pPr>
        <w:spacing w:after="0" w:line="240" w:lineRule="auto"/>
        <w:ind w:firstLine="0"/>
        <w:jc w:val="center"/>
        <w:rPr>
          <w:rFonts w:cs="Arial"/>
          <w:bCs/>
          <w:iCs/>
          <w:lang w:val="pt-BR"/>
        </w:rPr>
      </w:pPr>
    </w:p>
    <w:p w14:paraId="7AF18E29" w14:textId="77777777" w:rsidR="00FD6892" w:rsidRPr="00FD6892" w:rsidRDefault="00FD6892" w:rsidP="00FD6892">
      <w:pPr>
        <w:spacing w:after="0" w:line="240" w:lineRule="auto"/>
        <w:ind w:firstLine="0"/>
        <w:jc w:val="center"/>
        <w:rPr>
          <w:rFonts w:cs="Arial"/>
          <w:bCs/>
          <w:iCs/>
          <w:lang w:val="pt-BR"/>
        </w:rPr>
      </w:pPr>
    </w:p>
    <w:p w14:paraId="721EC942" w14:textId="6838C394" w:rsidR="008C1554" w:rsidRDefault="008C1554" w:rsidP="00FE725B">
      <w:pPr>
        <w:spacing w:after="0"/>
      </w:pPr>
    </w:p>
    <w:p w14:paraId="3BA0605C" w14:textId="5CC1C017" w:rsidR="008C1554" w:rsidRDefault="008C1554" w:rsidP="00FE725B">
      <w:pPr>
        <w:spacing w:after="0"/>
        <w:rPr>
          <w:rFonts w:cs="Arial"/>
          <w:lang w:val="pt-BR"/>
        </w:rPr>
      </w:pPr>
      <w:r w:rsidRPr="008C1554">
        <w:rPr>
          <w:rFonts w:cs="Arial"/>
          <w:szCs w:val="24"/>
          <w:lang w:val="pt-BR"/>
        </w:rPr>
        <w:t>Inserir nesta seção os resultados obtidos na pesquisa e realizar as discussões pertinentes aos resultados encontrados.</w:t>
      </w:r>
      <w:r w:rsidRPr="008C1554">
        <w:rPr>
          <w:rFonts w:cs="Arial"/>
          <w:lang w:val="pt-BR"/>
        </w:rPr>
        <w:t xml:space="preserve"> </w:t>
      </w:r>
      <w:r w:rsidRPr="00306140">
        <w:rPr>
          <w:rFonts w:cs="Arial"/>
          <w:lang w:val="pt-BR"/>
        </w:rPr>
        <w:t>O texto inicia-se a três espaços simples (letra-12) abaixo do título</w:t>
      </w:r>
      <w:r>
        <w:rPr>
          <w:rFonts w:cs="Arial"/>
          <w:lang w:val="pt-BR"/>
        </w:rPr>
        <w:t>.</w:t>
      </w:r>
    </w:p>
    <w:p w14:paraId="129D7015" w14:textId="77777777" w:rsidR="008C1554" w:rsidRDefault="008C1554" w:rsidP="00FE725B">
      <w:pPr>
        <w:spacing w:after="0"/>
        <w:rPr>
          <w:rFonts w:cs="Arial"/>
          <w:lang w:val="pt-BR"/>
        </w:rPr>
      </w:pPr>
      <w:r w:rsidRPr="00306140">
        <w:rPr>
          <w:rFonts w:cs="Arial"/>
          <w:lang w:val="pt-BR"/>
        </w:rPr>
        <w:t>O texto deverá ser escrito em letra Arial-12, justificado, espaçamento 1,5.</w:t>
      </w:r>
      <w:r>
        <w:rPr>
          <w:rFonts w:cs="Arial"/>
          <w:lang w:val="pt-BR"/>
        </w:rPr>
        <w:t xml:space="preserve"> </w:t>
      </w:r>
    </w:p>
    <w:p w14:paraId="3CE1941F" w14:textId="1B76199E" w:rsidR="008C1554" w:rsidRPr="00306140" w:rsidRDefault="008C1554" w:rsidP="00FE725B">
      <w:pPr>
        <w:spacing w:after="0"/>
        <w:rPr>
          <w:rFonts w:cs="Arial"/>
          <w:lang w:val="pt-BR"/>
        </w:rPr>
      </w:pPr>
      <w:r w:rsidRPr="00306140">
        <w:rPr>
          <w:rFonts w:cs="Arial"/>
          <w:lang w:val="pt-BR"/>
        </w:rPr>
        <w:t>Todo parágrafo deverá ser formatado com recuo de 1 cm a partir da margem esquerda.</w:t>
      </w:r>
    </w:p>
    <w:p w14:paraId="221BD061" w14:textId="014AE193" w:rsidR="008C1554" w:rsidRPr="008C1554" w:rsidRDefault="00145E41" w:rsidP="008C1554">
      <w:pPr>
        <w:spacing w:after="0"/>
        <w:ind w:firstLine="709"/>
        <w:rPr>
          <w:rFonts w:cs="Arial"/>
          <w:szCs w:val="24"/>
          <w:lang w:val="pt-BR"/>
        </w:rPr>
      </w:pPr>
      <w:r>
        <w:rPr>
          <w:rFonts w:cs="Arial"/>
          <w:noProof/>
          <w:szCs w:val="24"/>
          <w:lang w:val="pt-BR"/>
        </w:rPr>
        <mc:AlternateContent>
          <mc:Choice Requires="wps">
            <w:drawing>
              <wp:anchor distT="0" distB="0" distL="114300" distR="114300" simplePos="0" relativeHeight="251659264" behindDoc="0" locked="0" layoutInCell="1" allowOverlap="1" wp14:anchorId="0F8100B8" wp14:editId="5D20697B">
                <wp:simplePos x="0" y="0"/>
                <wp:positionH relativeFrom="column">
                  <wp:posOffset>-53975</wp:posOffset>
                </wp:positionH>
                <wp:positionV relativeFrom="paragraph">
                  <wp:posOffset>228328</wp:posOffset>
                </wp:positionV>
                <wp:extent cx="5844903" cy="2119315"/>
                <wp:effectExtent l="50800" t="25400" r="60960" b="78105"/>
                <wp:wrapNone/>
                <wp:docPr id="1479413864" name="Retângulo 1"/>
                <wp:cNvGraphicFramePr/>
                <a:graphic xmlns:a="http://schemas.openxmlformats.org/drawingml/2006/main">
                  <a:graphicData uri="http://schemas.microsoft.com/office/word/2010/wordprocessingShape">
                    <wps:wsp>
                      <wps:cNvSpPr/>
                      <wps:spPr>
                        <a:xfrm>
                          <a:off x="0" y="0"/>
                          <a:ext cx="5844903" cy="2119315"/>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34484D" id="Retângulo 1" o:spid="_x0000_s1026" style="position:absolute;margin-left:-4.25pt;margin-top:18pt;width:460.25pt;height:16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" filled="f" strokecolor="black [3213]">
                <v:shadow on="t" color="black" opacity="22937f" origin=",.5" offset="0,.63889mm"/>
              </v:rect>
            </w:pict>
          </mc:Fallback>
        </mc:AlternateContent>
      </w:r>
    </w:p>
    <w:p w14:paraId="032CAE30" w14:textId="5952C43E" w:rsidR="008C1554" w:rsidRPr="008C1554" w:rsidRDefault="008C1554" w:rsidP="008C1554">
      <w:pPr>
        <w:spacing w:after="0"/>
        <w:ind w:firstLine="708"/>
        <w:rPr>
          <w:rFonts w:cs="Arial"/>
          <w:szCs w:val="24"/>
          <w:lang w:val="pt-BR"/>
        </w:rPr>
      </w:pPr>
      <w:r w:rsidRPr="008C1554">
        <w:rPr>
          <w:rFonts w:cs="Arial"/>
          <w:szCs w:val="24"/>
          <w:lang w:val="pt-BR"/>
        </w:rPr>
        <w:t xml:space="preserve">É opcional o uso de subseções. </w:t>
      </w:r>
    </w:p>
    <w:p w14:paraId="1B27B4DA" w14:textId="39048A10" w:rsidR="00FE725B" w:rsidRPr="005F5277" w:rsidRDefault="00FE725B" w:rsidP="00FE725B">
      <w:pPr>
        <w:pStyle w:val="Ttulo2"/>
        <w:spacing w:before="0" w:after="0"/>
        <w:ind w:firstLine="0"/>
        <w:jc w:val="left"/>
        <w:rPr>
          <w:b w:val="0"/>
          <w:bCs w:val="0"/>
          <w:color w:val="000000" w:themeColor="text1"/>
          <w:szCs w:val="24"/>
          <w:lang w:val="pt-BR"/>
        </w:rPr>
      </w:pPr>
      <w:bookmarkStart w:id="1" w:name="__RefHeading___Toc1631_999371719"/>
      <w:bookmarkEnd w:id="1"/>
      <w:r w:rsidRPr="005F5277">
        <w:rPr>
          <w:rFonts w:ascii="Arial" w:hAnsi="Arial"/>
          <w:b w:val="0"/>
          <w:bCs w:val="0"/>
          <w:color w:val="000000" w:themeColor="text1"/>
          <w:szCs w:val="24"/>
          <w:lang w:val="pt-BR"/>
        </w:rPr>
        <w:t xml:space="preserve">EXEMPLO DE SUBSEÇÃO (os títulos das subseções não precisam de recuo) </w:t>
      </w:r>
      <w:r w:rsidRPr="005F5277">
        <w:rPr>
          <w:rFonts w:ascii="Arial" w:hAnsi="Arial" w:cs="Arial"/>
          <w:b w:val="0"/>
          <w:bCs w:val="0"/>
          <w:color w:val="000000" w:themeColor="text1"/>
          <w:szCs w:val="24"/>
          <w:lang w:val="pt-BR"/>
        </w:rPr>
        <w:t>(Maiúscula, sem negrito)</w:t>
      </w:r>
    </w:p>
    <w:p w14:paraId="5D51DC4C" w14:textId="1A79886C" w:rsidR="00FE725B" w:rsidRPr="005F5277" w:rsidRDefault="00FE725B" w:rsidP="00FE725B">
      <w:pPr>
        <w:spacing w:after="0"/>
        <w:rPr>
          <w:color w:val="000000" w:themeColor="text1"/>
          <w:szCs w:val="24"/>
          <w:lang w:val="pt-BR"/>
        </w:rPr>
      </w:pPr>
      <w:r w:rsidRPr="005F5277">
        <w:rPr>
          <w:color w:val="000000" w:themeColor="text1"/>
          <w:szCs w:val="24"/>
          <w:lang w:val="pt-BR"/>
        </w:rPr>
        <w:t>Texto de exemplo da subseção.</w:t>
      </w:r>
    </w:p>
    <w:p w14:paraId="287D25EE" w14:textId="382D0D1E" w:rsidR="00FE725B" w:rsidRPr="005F5277" w:rsidRDefault="00FE725B" w:rsidP="00FE725B">
      <w:pPr>
        <w:pStyle w:val="Ttulo2"/>
        <w:spacing w:before="0" w:after="0"/>
        <w:ind w:firstLine="0"/>
        <w:jc w:val="left"/>
        <w:rPr>
          <w:b w:val="0"/>
          <w:bCs w:val="0"/>
          <w:color w:val="000000" w:themeColor="text1"/>
          <w:szCs w:val="24"/>
          <w:lang w:val="pt-BR"/>
        </w:rPr>
      </w:pPr>
      <w:r w:rsidRPr="005F5277">
        <w:rPr>
          <w:rFonts w:ascii="Arial" w:hAnsi="Arial"/>
          <w:color w:val="000000" w:themeColor="text1"/>
          <w:szCs w:val="24"/>
          <w:lang w:val="pt-BR"/>
        </w:rPr>
        <w:t>Exemplo de seção dentro da subseção</w:t>
      </w:r>
      <w:r w:rsidRPr="005F5277">
        <w:rPr>
          <w:rFonts w:ascii="Arial" w:hAnsi="Arial"/>
          <w:b w:val="0"/>
          <w:bCs w:val="0"/>
          <w:color w:val="000000" w:themeColor="text1"/>
          <w:szCs w:val="24"/>
          <w:lang w:val="pt-BR"/>
        </w:rPr>
        <w:t xml:space="preserve"> </w:t>
      </w:r>
      <w:r w:rsidRPr="005F5277">
        <w:rPr>
          <w:rFonts w:ascii="Arial" w:hAnsi="Arial" w:cs="Arial"/>
          <w:color w:val="000000" w:themeColor="text1"/>
          <w:szCs w:val="24"/>
          <w:lang w:val="pt-BR"/>
        </w:rPr>
        <w:t>(</w:t>
      </w:r>
      <w:r w:rsidRPr="005F5277">
        <w:rPr>
          <w:rFonts w:ascii="Arial" w:hAnsi="Arial"/>
          <w:b w:val="0"/>
          <w:bCs w:val="0"/>
          <w:color w:val="000000" w:themeColor="text1"/>
          <w:szCs w:val="24"/>
          <w:lang w:val="pt-BR"/>
        </w:rPr>
        <w:t>os títulos das subseções não precisam de recuo)</w:t>
      </w:r>
    </w:p>
    <w:p w14:paraId="6424D887" w14:textId="227D64BA" w:rsidR="00FE725B" w:rsidRPr="005F5277" w:rsidRDefault="00FE725B" w:rsidP="00FE725B">
      <w:pPr>
        <w:spacing w:after="0"/>
        <w:rPr>
          <w:color w:val="000000" w:themeColor="text1"/>
          <w:szCs w:val="24"/>
          <w:lang w:val="pt-BR"/>
        </w:rPr>
      </w:pPr>
      <w:r w:rsidRPr="005F5277">
        <w:rPr>
          <w:color w:val="000000" w:themeColor="text1"/>
          <w:szCs w:val="24"/>
          <w:lang w:val="pt-BR"/>
        </w:rPr>
        <w:t>Texto de exemplo da seção interna.</w:t>
      </w:r>
    </w:p>
    <w:p w14:paraId="2EB8B81E" w14:textId="0917F24A" w:rsidR="008C1554" w:rsidRDefault="00FE725B" w:rsidP="00145E41">
      <w:pPr>
        <w:pStyle w:val="Ttulo3"/>
        <w:spacing w:before="0" w:after="0"/>
        <w:ind w:firstLine="0"/>
        <w:rPr>
          <w:rFonts w:ascii="Arial" w:hAnsi="Arial" w:cs="Arial"/>
          <w:color w:val="000000" w:themeColor="text1"/>
          <w:szCs w:val="24"/>
          <w:lang w:val="pt-BR"/>
        </w:rPr>
      </w:pPr>
      <w:r w:rsidRPr="005F5277">
        <w:rPr>
          <w:rFonts w:ascii="Arial" w:hAnsi="Arial" w:cs="Arial"/>
          <w:color w:val="000000" w:themeColor="text1"/>
          <w:szCs w:val="24"/>
          <w:lang w:val="pt-BR"/>
        </w:rPr>
        <w:t>Segundo exemplo de seção dentro da subseção (Inicial maiúscula, em negrito)</w:t>
      </w:r>
    </w:p>
    <w:p w14:paraId="2ED99B10" w14:textId="5D0C51E0" w:rsidR="00145E41" w:rsidRPr="00145E41" w:rsidRDefault="00145E41" w:rsidP="00145E41">
      <w:pPr>
        <w:rPr>
          <w:lang w:val="pt-BR"/>
        </w:rPr>
      </w:pPr>
    </w:p>
    <w:p w14:paraId="5A8632E8" w14:textId="37DD96EA" w:rsidR="008C1554" w:rsidRPr="00145E41" w:rsidRDefault="008C1554" w:rsidP="008C1554">
      <w:pPr>
        <w:spacing w:after="0"/>
        <w:ind w:firstLine="709"/>
        <w:rPr>
          <w:rFonts w:cs="Arial"/>
          <w:color w:val="EE0000"/>
          <w:szCs w:val="24"/>
          <w:lang w:val="pt-BR"/>
        </w:rPr>
      </w:pPr>
      <w:r w:rsidRPr="00145E41">
        <w:rPr>
          <w:rFonts w:cs="Arial"/>
          <w:color w:val="EE0000"/>
          <w:szCs w:val="24"/>
          <w:lang w:val="pt-BR"/>
        </w:rPr>
        <w:t>Esta seção poderá ser redigida de forma unida (resultados e discussão) ou separada (resultados, discussão). Em caso de escolha pela segunda opção utilizar:</w:t>
      </w:r>
    </w:p>
    <w:tbl>
      <w:tblPr>
        <w:tblStyle w:val="Tabelacomgrade"/>
        <w:tblW w:w="9061" w:type="dxa"/>
        <w:tblLayout w:type="fixed"/>
        <w:tblLook w:val="04A0" w:firstRow="1" w:lastRow="0" w:firstColumn="1" w:lastColumn="0" w:noHBand="0" w:noVBand="1"/>
      </w:tblPr>
      <w:tblGrid>
        <w:gridCol w:w="9061"/>
      </w:tblGrid>
      <w:tr w:rsidR="008C1554" w:rsidRPr="008C1554" w14:paraId="47BD30F8" w14:textId="77777777" w:rsidTr="00825A0D">
        <w:tc>
          <w:tcPr>
            <w:tcW w:w="9061" w:type="dxa"/>
          </w:tcPr>
          <w:p w14:paraId="695BE723" w14:textId="77777777" w:rsidR="008C1554" w:rsidRPr="008C1554" w:rsidRDefault="008C1554" w:rsidP="00825A0D">
            <w:pPr>
              <w:ind w:firstLine="709"/>
              <w:rPr>
                <w:rFonts w:cs="Arial"/>
                <w:b/>
                <w:bCs/>
                <w:szCs w:val="24"/>
                <w:lang w:val="pt-BR"/>
              </w:rPr>
            </w:pPr>
          </w:p>
          <w:p w14:paraId="05BF2966" w14:textId="43778AD5" w:rsidR="008C1554" w:rsidRPr="00145E41" w:rsidRDefault="008C1554" w:rsidP="00145E41">
            <w:pPr>
              <w:ind w:firstLine="0"/>
              <w:jc w:val="center"/>
              <w:rPr>
                <w:rFonts w:cs="Arial"/>
                <w:sz w:val="28"/>
                <w:szCs w:val="28"/>
                <w:lang w:val="pt-BR"/>
              </w:rPr>
            </w:pPr>
            <w:r w:rsidRPr="00145E41">
              <w:rPr>
                <w:rFonts w:eastAsia="Calibri" w:cs="Arial"/>
                <w:sz w:val="28"/>
                <w:szCs w:val="28"/>
                <w:lang w:val="pt-BR"/>
              </w:rPr>
              <w:t>RESULTADOS</w:t>
            </w:r>
          </w:p>
          <w:p w14:paraId="11A3CEF4" w14:textId="77777777" w:rsidR="008C1554" w:rsidRPr="00145E41" w:rsidRDefault="008C1554" w:rsidP="00145E41">
            <w:pPr>
              <w:ind w:firstLine="709"/>
              <w:jc w:val="center"/>
              <w:rPr>
                <w:rFonts w:cs="Arial"/>
                <w:b/>
                <w:bCs/>
                <w:sz w:val="28"/>
                <w:szCs w:val="28"/>
                <w:lang w:val="pt-BR"/>
              </w:rPr>
            </w:pPr>
          </w:p>
          <w:p w14:paraId="54471026" w14:textId="535EBA64" w:rsidR="008C1554" w:rsidRPr="00145E41" w:rsidRDefault="008C1554" w:rsidP="00145E41">
            <w:pPr>
              <w:ind w:firstLine="0"/>
              <w:jc w:val="center"/>
              <w:rPr>
                <w:rFonts w:cs="Arial"/>
                <w:sz w:val="28"/>
                <w:szCs w:val="28"/>
                <w:lang w:val="pt-BR"/>
              </w:rPr>
            </w:pPr>
            <w:r w:rsidRPr="00145E41">
              <w:rPr>
                <w:rFonts w:eastAsia="Calibri" w:cs="Arial"/>
                <w:sz w:val="28"/>
                <w:szCs w:val="28"/>
                <w:lang w:val="pt-BR"/>
              </w:rPr>
              <w:t>DISCUSSÃO</w:t>
            </w:r>
          </w:p>
          <w:p w14:paraId="5EE9BCFE" w14:textId="77777777" w:rsidR="00145E41" w:rsidRDefault="00145E41" w:rsidP="008C1554">
            <w:pPr>
              <w:rPr>
                <w:rFonts w:cs="Arial"/>
                <w:szCs w:val="24"/>
                <w:lang w:val="pt-BR"/>
              </w:rPr>
            </w:pPr>
          </w:p>
          <w:p w14:paraId="51B78E72" w14:textId="6E3ECEAA" w:rsidR="008C1554" w:rsidRDefault="008C1554" w:rsidP="008C1554">
            <w:pPr>
              <w:rPr>
                <w:rFonts w:cs="Arial"/>
                <w:lang w:val="pt-BR"/>
              </w:rPr>
            </w:pPr>
            <w:r w:rsidRPr="008C1554">
              <w:rPr>
                <w:rFonts w:cs="Arial"/>
                <w:szCs w:val="24"/>
                <w:lang w:val="pt-BR"/>
              </w:rPr>
              <w:lastRenderedPageBreak/>
              <w:t>Se optar por divid</w:t>
            </w:r>
            <w:r>
              <w:rPr>
                <w:rFonts w:cs="Arial"/>
                <w:szCs w:val="24"/>
                <w:lang w:val="pt-BR"/>
              </w:rPr>
              <w:t xml:space="preserve">ir observar a regra de </w:t>
            </w:r>
            <w:r w:rsidR="00145E41">
              <w:rPr>
                <w:rFonts w:cs="Arial"/>
                <w:szCs w:val="24"/>
                <w:lang w:val="pt-BR"/>
              </w:rPr>
              <w:t>título</w:t>
            </w:r>
            <w:r>
              <w:rPr>
                <w:rFonts w:cs="Arial"/>
                <w:szCs w:val="24"/>
                <w:lang w:val="pt-BR"/>
              </w:rPr>
              <w:t xml:space="preserve"> e </w:t>
            </w:r>
            <w:r w:rsidR="00145E41">
              <w:rPr>
                <w:rFonts w:cs="Arial"/>
                <w:szCs w:val="24"/>
                <w:lang w:val="pt-BR"/>
              </w:rPr>
              <w:t>início</w:t>
            </w:r>
            <w:r>
              <w:rPr>
                <w:rFonts w:cs="Arial"/>
                <w:szCs w:val="24"/>
                <w:lang w:val="pt-BR"/>
              </w:rPr>
              <w:t xml:space="preserve"> de paragrafo. </w:t>
            </w:r>
            <w:r w:rsidRPr="00306140">
              <w:rPr>
                <w:rFonts w:cs="Arial"/>
                <w:lang w:val="pt-BR"/>
              </w:rPr>
              <w:t xml:space="preserve">O </w:t>
            </w:r>
            <w:r w:rsidR="00145E41" w:rsidRPr="00306140">
              <w:rPr>
                <w:rFonts w:cs="Arial"/>
                <w:lang w:val="pt-BR"/>
              </w:rPr>
              <w:t>título em</w:t>
            </w:r>
            <w:r w:rsidRPr="00306140">
              <w:rPr>
                <w:rFonts w:cs="Arial"/>
                <w:lang w:val="pt-BR"/>
              </w:rPr>
              <w:t xml:space="preserve"> MAIÚSCULAS (Arial - 14), é centralizado a 5 (CINCO) espaços simples (letra-12) da margem superior da página. O texto inicia-se a três espaços simples (letra-12) abaixo do título</w:t>
            </w:r>
            <w:r>
              <w:rPr>
                <w:rFonts w:cs="Arial"/>
                <w:lang w:val="pt-BR"/>
              </w:rPr>
              <w:t>.</w:t>
            </w:r>
          </w:p>
          <w:p w14:paraId="09E08C4D" w14:textId="77777777" w:rsidR="008C1554" w:rsidRDefault="008C1554" w:rsidP="008C1554">
            <w:pPr>
              <w:rPr>
                <w:rFonts w:cs="Arial"/>
                <w:lang w:val="pt-BR"/>
              </w:rPr>
            </w:pPr>
            <w:r w:rsidRPr="00306140">
              <w:rPr>
                <w:rFonts w:cs="Arial"/>
                <w:lang w:val="pt-BR"/>
              </w:rPr>
              <w:t>O texto deverá ser escrito em letra Arial-12, justificado, espaçamento 1,5.</w:t>
            </w:r>
            <w:r>
              <w:rPr>
                <w:rFonts w:cs="Arial"/>
                <w:lang w:val="pt-BR"/>
              </w:rPr>
              <w:t xml:space="preserve"> </w:t>
            </w:r>
          </w:p>
          <w:p w14:paraId="454373C5" w14:textId="4AF372F6" w:rsidR="008C1554" w:rsidRPr="008C1554" w:rsidRDefault="008C1554" w:rsidP="008C1554">
            <w:pPr>
              <w:rPr>
                <w:rFonts w:cs="Arial"/>
                <w:lang w:val="pt-BR"/>
              </w:rPr>
            </w:pPr>
            <w:r w:rsidRPr="00306140">
              <w:rPr>
                <w:rFonts w:cs="Arial"/>
                <w:lang w:val="pt-BR"/>
              </w:rPr>
              <w:t>Todo parágrafo deverá ser formatado com recuo de 1 cm a partir da margem esquerda.</w:t>
            </w:r>
          </w:p>
        </w:tc>
      </w:tr>
    </w:tbl>
    <w:p w14:paraId="2DD448B0" w14:textId="5E657648" w:rsidR="0039700B" w:rsidRPr="00277701" w:rsidRDefault="00000000">
      <w:pPr>
        <w:pStyle w:val="Ttulo2"/>
        <w:ind w:firstLine="0"/>
        <w:jc w:val="left"/>
        <w:rPr>
          <w:b w:val="0"/>
          <w:bCs w:val="0"/>
          <w:color w:val="000000" w:themeColor="text1"/>
          <w:lang w:val="pt-BR"/>
        </w:rPr>
      </w:pPr>
      <w:r w:rsidRPr="00277701">
        <w:rPr>
          <w:rFonts w:ascii="Arial" w:hAnsi="Arial"/>
          <w:b w:val="0"/>
          <w:bCs w:val="0"/>
          <w:color w:val="000000" w:themeColor="text1"/>
          <w:lang w:val="pt-BR"/>
        </w:rPr>
        <w:lastRenderedPageBreak/>
        <w:t>5.2 SOBRE AS FIGURAS DA DISSERTAÇÃO/TESE</w:t>
      </w:r>
      <w:r w:rsidR="00277701" w:rsidRPr="00277701">
        <w:rPr>
          <w:rFonts w:ascii="Arial" w:hAnsi="Arial"/>
          <w:b w:val="0"/>
          <w:bCs w:val="0"/>
          <w:color w:val="000000" w:themeColor="text1"/>
          <w:lang w:val="pt-BR"/>
        </w:rPr>
        <w:t xml:space="preserve"> </w:t>
      </w:r>
    </w:p>
    <w:p w14:paraId="0162EB7F" w14:textId="2D0F01F8" w:rsidR="008C1554" w:rsidRPr="008C1554" w:rsidRDefault="008C1554" w:rsidP="008C1554">
      <w:pPr>
        <w:spacing w:after="0"/>
        <w:ind w:firstLine="709"/>
        <w:rPr>
          <w:rFonts w:cs="Arial"/>
          <w:szCs w:val="24"/>
          <w:lang w:val="pt-BR"/>
        </w:rPr>
      </w:pPr>
      <w:r w:rsidRPr="008C1554">
        <w:rPr>
          <w:rFonts w:cs="Arial"/>
          <w:szCs w:val="24"/>
          <w:lang w:val="pt-BR"/>
        </w:rPr>
        <w:t>A ilustração deve ser centralizada e inserida o mais próximo possível da menção no texto, sua identificação aparece na parte superior, precedida pela palavra “Figura” (apenas com a inicial F maiúscula) seguida de um número de ordem de ocorrência no texto em algarismo arábico, hífen do respectivo título. O título da ilustração deve ser breve, porém explicativo, em Arial 12, sem ponto ao final do título. O texto que aparece dentro da figura deve ter tamanho e formato comparáveis ao da fonte Arial 10. A fonte de referência da figura deve estar em Arial 10.</w:t>
      </w:r>
      <w:r>
        <w:rPr>
          <w:rFonts w:cs="Arial"/>
          <w:szCs w:val="24"/>
          <w:lang w:val="pt-BR"/>
        </w:rPr>
        <w:t xml:space="preserve"> </w:t>
      </w:r>
      <w:r w:rsidRPr="008C1554">
        <w:rPr>
          <w:rFonts w:cs="Arial"/>
          <w:szCs w:val="24"/>
          <w:lang w:val="pt-BR"/>
        </w:rPr>
        <w:t>Quando a autoria é própria, a informação na fonte deve ser da seguinte forma: “Fonte: Autoria própria”.</w:t>
      </w:r>
    </w:p>
    <w:p w14:paraId="6376F837" w14:textId="77777777" w:rsidR="008C1554" w:rsidRPr="008C1554" w:rsidRDefault="008C1554" w:rsidP="008C1554">
      <w:pPr>
        <w:pStyle w:val="PargrafodaLista"/>
        <w:widowControl w:val="0"/>
        <w:tabs>
          <w:tab w:val="left" w:pos="0"/>
        </w:tabs>
        <w:spacing w:after="0"/>
        <w:ind w:left="0"/>
        <w:contextualSpacing w:val="0"/>
        <w:jc w:val="center"/>
        <w:rPr>
          <w:rFonts w:cs="Arial"/>
          <w:szCs w:val="24"/>
          <w:lang w:val="pt-BR"/>
        </w:rPr>
      </w:pPr>
      <w:r w:rsidRPr="008C1554">
        <w:rPr>
          <w:rFonts w:cs="Arial"/>
          <w:szCs w:val="24"/>
          <w:lang w:val="pt-BR"/>
        </w:rPr>
        <w:t xml:space="preserve">Figura 1 – Padrão </w:t>
      </w:r>
      <w:proofErr w:type="spellStart"/>
      <w:r w:rsidRPr="008C1554">
        <w:rPr>
          <w:rFonts w:cs="Arial"/>
          <w:szCs w:val="24"/>
          <w:lang w:val="pt-BR"/>
        </w:rPr>
        <w:t>tetrazólio</w:t>
      </w:r>
      <w:proofErr w:type="spellEnd"/>
      <w:r w:rsidRPr="008C1554">
        <w:rPr>
          <w:rFonts w:cs="Arial"/>
          <w:szCs w:val="24"/>
          <w:lang w:val="pt-BR"/>
        </w:rPr>
        <w:t xml:space="preserve"> para concentração de bactérias</w:t>
      </w:r>
    </w:p>
    <w:p w14:paraId="661D3DD4" w14:textId="77777777" w:rsidR="008C1554" w:rsidRDefault="008C1554" w:rsidP="008C1554">
      <w:pPr>
        <w:pStyle w:val="PargrafodaLista"/>
        <w:widowControl w:val="0"/>
        <w:tabs>
          <w:tab w:val="left" w:pos="0"/>
        </w:tabs>
        <w:spacing w:after="0"/>
        <w:ind w:left="0"/>
        <w:contextualSpacing w:val="0"/>
        <w:jc w:val="center"/>
        <w:rPr>
          <w:rFonts w:cs="Arial"/>
          <w:szCs w:val="24"/>
        </w:rPr>
      </w:pPr>
      <w:r>
        <w:rPr>
          <w:noProof/>
        </w:rPr>
        <w:drawing>
          <wp:inline distT="0" distB="0" distL="0" distR="0" wp14:anchorId="642A7C4F" wp14:editId="0F461DB4">
            <wp:extent cx="3001264" cy="3126377"/>
            <wp:effectExtent l="0" t="0" r="0" b="0"/>
            <wp:docPr id="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9"/>
                    <pic:cNvPicPr>
                      <a:picLocks noChangeAspect="1" noChangeArrowheads="1"/>
                    </pic:cNvPicPr>
                  </pic:nvPicPr>
                  <pic:blipFill>
                    <a:blip r:embed="rId6"/>
                    <a:srcRect b="6337"/>
                    <a:stretch>
                      <a:fillRect/>
                    </a:stretch>
                  </pic:blipFill>
                  <pic:spPr bwMode="auto">
                    <a:xfrm>
                      <a:off x="0" y="0"/>
                      <a:ext cx="3012900" cy="3138498"/>
                    </a:xfrm>
                    <a:prstGeom prst="rect">
                      <a:avLst/>
                    </a:prstGeom>
                  </pic:spPr>
                </pic:pic>
              </a:graphicData>
            </a:graphic>
          </wp:inline>
        </w:drawing>
      </w:r>
    </w:p>
    <w:p w14:paraId="0AD9E4C8" w14:textId="77777777" w:rsidR="008C1554" w:rsidRPr="008C1554" w:rsidRDefault="008C1554" w:rsidP="008C1554">
      <w:pPr>
        <w:pStyle w:val="PargrafodaLista"/>
        <w:widowControl w:val="0"/>
        <w:tabs>
          <w:tab w:val="left" w:pos="0"/>
        </w:tabs>
        <w:spacing w:after="0"/>
        <w:ind w:left="0"/>
        <w:contextualSpacing w:val="0"/>
        <w:jc w:val="center"/>
        <w:rPr>
          <w:rFonts w:cs="Arial"/>
          <w:color w:val="000000"/>
          <w:sz w:val="20"/>
          <w:szCs w:val="20"/>
          <w:shd w:val="clear" w:color="auto" w:fill="FFFFFF"/>
          <w:lang w:val="pt-BR"/>
        </w:rPr>
      </w:pPr>
      <w:r>
        <w:rPr>
          <w:rFonts w:cs="Arial"/>
          <w:sz w:val="20"/>
          <w:szCs w:val="20"/>
        </w:rPr>
        <w:t xml:space="preserve">Fonte: </w:t>
      </w:r>
      <w:proofErr w:type="spellStart"/>
      <w:r>
        <w:rPr>
          <w:rFonts w:cs="Arial"/>
          <w:sz w:val="20"/>
          <w:szCs w:val="20"/>
        </w:rPr>
        <w:t>Kozusny</w:t>
      </w:r>
      <w:proofErr w:type="spellEnd"/>
      <w:r>
        <w:rPr>
          <w:rFonts w:cs="Arial"/>
          <w:sz w:val="20"/>
          <w:szCs w:val="20"/>
        </w:rPr>
        <w:t xml:space="preserve">-Andreani et al. </w:t>
      </w:r>
      <w:r w:rsidRPr="008C1554">
        <w:rPr>
          <w:rFonts w:cs="Arial"/>
          <w:sz w:val="20"/>
          <w:szCs w:val="20"/>
          <w:lang w:val="pt-BR"/>
        </w:rPr>
        <w:t>(2018)</w:t>
      </w:r>
    </w:p>
    <w:p w14:paraId="2EFE1ADE" w14:textId="77777777" w:rsidR="0039700B" w:rsidRPr="00277701" w:rsidRDefault="00000000">
      <w:pPr>
        <w:pStyle w:val="Ttulo2"/>
        <w:ind w:firstLine="0"/>
        <w:jc w:val="left"/>
        <w:rPr>
          <w:b w:val="0"/>
          <w:bCs w:val="0"/>
          <w:color w:val="000000" w:themeColor="text1"/>
          <w:lang w:val="pt-BR"/>
        </w:rPr>
      </w:pPr>
      <w:r w:rsidRPr="00277701">
        <w:rPr>
          <w:rFonts w:ascii="Arial" w:hAnsi="Arial"/>
          <w:b w:val="0"/>
          <w:bCs w:val="0"/>
          <w:color w:val="000000" w:themeColor="text1"/>
          <w:lang w:val="pt-BR"/>
        </w:rPr>
        <w:lastRenderedPageBreak/>
        <w:t>5.3 SOBRE AS TABELAS DA DISSERTAÇÃO/TESE</w:t>
      </w:r>
    </w:p>
    <w:p w14:paraId="1A86FD5A" w14:textId="5DD86CB9" w:rsidR="008C1554" w:rsidRPr="008C1554" w:rsidRDefault="008C1554" w:rsidP="008C1554">
      <w:pPr>
        <w:spacing w:after="0"/>
        <w:rPr>
          <w:rFonts w:cs="Arial"/>
          <w:szCs w:val="24"/>
          <w:lang w:val="pt-BR"/>
        </w:rPr>
      </w:pPr>
      <w:r w:rsidRPr="008C1554">
        <w:rPr>
          <w:rFonts w:cs="Arial"/>
          <w:szCs w:val="24"/>
          <w:lang w:val="pt-BR"/>
        </w:rPr>
        <w:t>As tabelas devem ser inseridas centralizadas e o mais próximo possível da menção no texto, sua identificação aparece na parte superior e deve ter a palavra Tabela (apenas com a inicial T maiúscula)</w:t>
      </w:r>
      <w:r w:rsidRPr="008C1554">
        <w:rPr>
          <w:lang w:val="pt-BR"/>
        </w:rPr>
        <w:t xml:space="preserve"> </w:t>
      </w:r>
      <w:r w:rsidRPr="008C1554">
        <w:rPr>
          <w:rFonts w:cs="Arial"/>
          <w:szCs w:val="24"/>
          <w:lang w:val="pt-BR"/>
        </w:rPr>
        <w:t xml:space="preserve">seguida pelo número de ordem em algarismos arábicos e um hífen </w:t>
      </w:r>
      <w:proofErr w:type="gramStart"/>
      <w:r w:rsidRPr="008C1554">
        <w:rPr>
          <w:rFonts w:cs="Arial"/>
          <w:szCs w:val="24"/>
          <w:lang w:val="pt-BR"/>
        </w:rPr>
        <w:t>( -</w:t>
      </w:r>
      <w:proofErr w:type="gramEnd"/>
      <w:r w:rsidRPr="008C1554">
        <w:rPr>
          <w:rFonts w:cs="Arial"/>
          <w:szCs w:val="24"/>
          <w:lang w:val="pt-BR"/>
        </w:rPr>
        <w:t xml:space="preserve"> ). O título da tabela deve ser breve, porém explicativo, em Arial 12, sem ponto ao final do título. O texto dentro da tabela deve estar em Arial 10 ou 11. A fonte de referência da tabela deve estar em Arial 10.</w:t>
      </w:r>
    </w:p>
    <w:p w14:paraId="63D70046" w14:textId="77777777" w:rsidR="008C1554" w:rsidRDefault="008C1554" w:rsidP="008C1554">
      <w:pPr>
        <w:pStyle w:val="PargrafodaLista"/>
        <w:widowControl w:val="0"/>
        <w:tabs>
          <w:tab w:val="left" w:pos="0"/>
        </w:tabs>
        <w:spacing w:after="0"/>
        <w:ind w:left="0"/>
        <w:contextualSpacing w:val="0"/>
        <w:jc w:val="center"/>
        <w:rPr>
          <w:rFonts w:cs="Arial"/>
          <w:szCs w:val="24"/>
          <w:lang w:val="pt-BR"/>
        </w:rPr>
      </w:pPr>
    </w:p>
    <w:p w14:paraId="64173095" w14:textId="3E65D632" w:rsidR="008C1554" w:rsidRPr="008C1554" w:rsidRDefault="008C1554" w:rsidP="008C1554">
      <w:pPr>
        <w:pStyle w:val="PargrafodaLista"/>
        <w:widowControl w:val="0"/>
        <w:tabs>
          <w:tab w:val="left" w:pos="0"/>
        </w:tabs>
        <w:spacing w:after="0"/>
        <w:ind w:left="0"/>
        <w:contextualSpacing w:val="0"/>
        <w:jc w:val="center"/>
        <w:rPr>
          <w:rFonts w:cs="Arial"/>
          <w:szCs w:val="24"/>
          <w:lang w:val="pt-BR"/>
        </w:rPr>
      </w:pPr>
      <w:r w:rsidRPr="008C1554">
        <w:rPr>
          <w:rFonts w:cs="Arial"/>
          <w:szCs w:val="24"/>
          <w:lang w:val="pt-BR"/>
        </w:rPr>
        <w:t xml:space="preserve">Tabela 1 – Composição aproximada (em massa) da crosta terrestre </w:t>
      </w:r>
    </w:p>
    <w:tbl>
      <w:tblPr>
        <w:tblStyle w:val="TabeladeLista6Colorida1"/>
        <w:tblW w:w="4850" w:type="pct"/>
        <w:tblLayout w:type="fixed"/>
        <w:tblLook w:val="04A0" w:firstRow="1" w:lastRow="0" w:firstColumn="1" w:lastColumn="0" w:noHBand="0" w:noVBand="1"/>
      </w:tblPr>
      <w:tblGrid>
        <w:gridCol w:w="5080"/>
        <w:gridCol w:w="4252"/>
      </w:tblGrid>
      <w:tr w:rsidR="008C1554" w14:paraId="6897E45B" w14:textId="77777777" w:rsidTr="00825A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9" w:type="dxa"/>
          </w:tcPr>
          <w:p w14:paraId="68AFB98A" w14:textId="77777777" w:rsidR="008C1554" w:rsidRDefault="008C1554" w:rsidP="00825A0D">
            <w:pPr>
              <w:jc w:val="center"/>
              <w:rPr>
                <w:rFonts w:cs="Arial"/>
                <w:lang w:val="pt-PT" w:eastAsia="pt-PT" w:bidi="pt-PT"/>
              </w:rPr>
            </w:pPr>
            <w:r>
              <w:rPr>
                <w:rFonts w:eastAsia="Calibri" w:cs="Arial"/>
                <w:color w:val="000000"/>
                <w:lang w:val="pt-PT" w:eastAsia="pt-PT" w:bidi="pt-PT"/>
              </w:rPr>
              <w:t>Composição (</w:t>
            </w:r>
            <w:proofErr w:type="spellStart"/>
            <w:r>
              <w:rPr>
                <w:rFonts w:eastAsia="Calibri" w:cs="Arial"/>
                <w:color w:val="000000"/>
                <w:lang w:val="pt-PT" w:eastAsia="pt-PT" w:bidi="pt-PT"/>
              </w:rPr>
              <w:t>Arial</w:t>
            </w:r>
            <w:proofErr w:type="spellEnd"/>
            <w:r>
              <w:rPr>
                <w:rFonts w:eastAsia="Calibri" w:cs="Arial"/>
                <w:color w:val="000000"/>
                <w:lang w:val="pt-PT" w:eastAsia="pt-PT" w:bidi="pt-PT"/>
              </w:rPr>
              <w:t xml:space="preserve"> 10 ou 11)</w:t>
            </w:r>
          </w:p>
        </w:tc>
        <w:tc>
          <w:tcPr>
            <w:tcW w:w="4008" w:type="dxa"/>
          </w:tcPr>
          <w:p w14:paraId="386DD52D" w14:textId="77777777" w:rsidR="008C1554" w:rsidRDefault="008C1554" w:rsidP="00825A0D">
            <w:pPr>
              <w:jc w:val="center"/>
              <w:cnfStyle w:val="100000000000" w:firstRow="1" w:lastRow="0" w:firstColumn="0" w:lastColumn="0" w:oddVBand="0" w:evenVBand="0" w:oddHBand="0" w:evenHBand="0" w:firstRowFirstColumn="0" w:firstRowLastColumn="0" w:lastRowFirstColumn="0" w:lastRowLastColumn="0"/>
              <w:rPr>
                <w:rFonts w:cs="Arial"/>
                <w:lang w:val="pt-PT" w:eastAsia="pt-PT" w:bidi="pt-PT"/>
              </w:rPr>
            </w:pPr>
            <w:r>
              <w:rPr>
                <w:rFonts w:eastAsia="Calibri" w:cs="Arial"/>
                <w:color w:val="000000"/>
                <w:lang w:val="pt-PT" w:eastAsia="pt-PT" w:bidi="pt-PT"/>
              </w:rPr>
              <w:t>Massa (%)</w:t>
            </w:r>
          </w:p>
        </w:tc>
      </w:tr>
      <w:tr w:rsidR="008C1554" w14:paraId="2983812C" w14:textId="77777777" w:rsidTr="00825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9" w:type="dxa"/>
            <w:tcBorders>
              <w:top w:val="nil"/>
              <w:bottom w:val="nil"/>
            </w:tcBorders>
            <w:shd w:val="clear" w:color="auto" w:fill="auto"/>
          </w:tcPr>
          <w:p w14:paraId="26205C10" w14:textId="77777777" w:rsidR="008C1554" w:rsidRDefault="008C1554" w:rsidP="00825A0D">
            <w:pPr>
              <w:jc w:val="center"/>
              <w:rPr>
                <w:rFonts w:cs="Arial"/>
                <w:b w:val="0"/>
                <w:lang w:val="pt-PT" w:eastAsia="pt-PT" w:bidi="pt-PT"/>
              </w:rPr>
            </w:pPr>
            <w:r>
              <w:rPr>
                <w:rFonts w:eastAsia="Calibri" w:cs="Arial"/>
                <w:b w:val="0"/>
                <w:color w:val="000000"/>
                <w:lang w:val="pt-PT" w:eastAsia="pt-PT" w:bidi="pt-PT"/>
              </w:rPr>
              <w:t>Oxigênio (</w:t>
            </w:r>
            <w:proofErr w:type="spellStart"/>
            <w:r>
              <w:rPr>
                <w:rFonts w:eastAsia="Calibri" w:cs="Arial"/>
                <w:b w:val="0"/>
                <w:color w:val="000000"/>
                <w:lang w:val="pt-PT" w:eastAsia="pt-PT" w:bidi="pt-PT"/>
              </w:rPr>
              <w:t>Arial</w:t>
            </w:r>
            <w:proofErr w:type="spellEnd"/>
            <w:r>
              <w:rPr>
                <w:rFonts w:eastAsia="Calibri" w:cs="Arial"/>
                <w:b w:val="0"/>
                <w:color w:val="000000"/>
                <w:lang w:val="pt-PT" w:eastAsia="pt-PT" w:bidi="pt-PT"/>
              </w:rPr>
              <w:t xml:space="preserve"> 10 ou 11)</w:t>
            </w:r>
          </w:p>
        </w:tc>
        <w:tc>
          <w:tcPr>
            <w:tcW w:w="4008" w:type="dxa"/>
            <w:tcBorders>
              <w:top w:val="nil"/>
              <w:bottom w:val="nil"/>
            </w:tcBorders>
            <w:shd w:val="clear" w:color="auto" w:fill="auto"/>
          </w:tcPr>
          <w:p w14:paraId="4278A5F5" w14:textId="77777777" w:rsidR="008C1554" w:rsidRDefault="008C1554" w:rsidP="00825A0D">
            <w:pPr>
              <w:jc w:val="center"/>
              <w:cnfStyle w:val="000000100000" w:firstRow="0" w:lastRow="0" w:firstColumn="0" w:lastColumn="0" w:oddVBand="0" w:evenVBand="0" w:oddHBand="1" w:evenHBand="0" w:firstRowFirstColumn="0" w:firstRowLastColumn="0" w:lastRowFirstColumn="0" w:lastRowLastColumn="0"/>
              <w:rPr>
                <w:rFonts w:cs="Arial"/>
                <w:lang w:val="pt-PT" w:eastAsia="pt-PT" w:bidi="pt-PT"/>
              </w:rPr>
            </w:pPr>
            <w:r>
              <w:rPr>
                <w:rFonts w:eastAsia="Calibri" w:cs="Arial"/>
                <w:color w:val="000000"/>
                <w:lang w:val="pt-PT" w:eastAsia="pt-PT" w:bidi="pt-PT"/>
              </w:rPr>
              <w:t>46,5</w:t>
            </w:r>
          </w:p>
        </w:tc>
      </w:tr>
      <w:tr w:rsidR="008C1554" w14:paraId="6A88B2FE" w14:textId="77777777" w:rsidTr="00825A0D">
        <w:tc>
          <w:tcPr>
            <w:cnfStyle w:val="001000000000" w:firstRow="0" w:lastRow="0" w:firstColumn="1" w:lastColumn="0" w:oddVBand="0" w:evenVBand="0" w:oddHBand="0" w:evenHBand="0" w:firstRowFirstColumn="0" w:firstRowLastColumn="0" w:lastRowFirstColumn="0" w:lastRowLastColumn="0"/>
            <w:tcW w:w="4789" w:type="dxa"/>
            <w:tcBorders>
              <w:top w:val="nil"/>
              <w:bottom w:val="nil"/>
            </w:tcBorders>
          </w:tcPr>
          <w:p w14:paraId="34FF2E4E" w14:textId="77777777" w:rsidR="008C1554" w:rsidRDefault="008C1554" w:rsidP="00825A0D">
            <w:pPr>
              <w:jc w:val="center"/>
              <w:rPr>
                <w:rFonts w:cs="Arial"/>
                <w:b w:val="0"/>
                <w:lang w:val="pt-PT" w:eastAsia="pt-PT" w:bidi="pt-PT"/>
              </w:rPr>
            </w:pPr>
            <w:r>
              <w:rPr>
                <w:rFonts w:eastAsia="Calibri" w:cs="Arial"/>
                <w:b w:val="0"/>
                <w:color w:val="000000"/>
                <w:lang w:val="pt-PT" w:eastAsia="pt-PT" w:bidi="pt-PT"/>
              </w:rPr>
              <w:t>Silício</w:t>
            </w:r>
          </w:p>
        </w:tc>
        <w:tc>
          <w:tcPr>
            <w:tcW w:w="4008" w:type="dxa"/>
            <w:tcBorders>
              <w:top w:val="nil"/>
              <w:bottom w:val="nil"/>
            </w:tcBorders>
          </w:tcPr>
          <w:p w14:paraId="3CA03E74" w14:textId="77777777" w:rsidR="008C1554" w:rsidRDefault="008C1554" w:rsidP="00825A0D">
            <w:pPr>
              <w:jc w:val="center"/>
              <w:cnfStyle w:val="000000000000" w:firstRow="0" w:lastRow="0" w:firstColumn="0" w:lastColumn="0" w:oddVBand="0" w:evenVBand="0" w:oddHBand="0" w:evenHBand="0" w:firstRowFirstColumn="0" w:firstRowLastColumn="0" w:lastRowFirstColumn="0" w:lastRowLastColumn="0"/>
              <w:rPr>
                <w:rFonts w:cs="Arial"/>
                <w:lang w:val="pt-PT" w:eastAsia="pt-PT" w:bidi="pt-PT"/>
              </w:rPr>
            </w:pPr>
            <w:r>
              <w:rPr>
                <w:rFonts w:eastAsia="Calibri" w:cs="Arial"/>
                <w:color w:val="000000"/>
                <w:lang w:val="pt-PT" w:eastAsia="pt-PT" w:bidi="pt-PT"/>
              </w:rPr>
              <w:t>10</w:t>
            </w:r>
          </w:p>
        </w:tc>
      </w:tr>
      <w:tr w:rsidR="008C1554" w14:paraId="54A774F3" w14:textId="77777777" w:rsidTr="00825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9" w:type="dxa"/>
            <w:tcBorders>
              <w:top w:val="nil"/>
              <w:bottom w:val="nil"/>
            </w:tcBorders>
            <w:shd w:val="clear" w:color="auto" w:fill="auto"/>
          </w:tcPr>
          <w:p w14:paraId="1947A5B9" w14:textId="77777777" w:rsidR="008C1554" w:rsidRDefault="008C1554" w:rsidP="00825A0D">
            <w:pPr>
              <w:jc w:val="center"/>
              <w:rPr>
                <w:rFonts w:cs="Arial"/>
                <w:b w:val="0"/>
                <w:lang w:val="pt-PT" w:eastAsia="pt-PT" w:bidi="pt-PT"/>
              </w:rPr>
            </w:pPr>
            <w:r>
              <w:rPr>
                <w:rFonts w:eastAsia="Calibri" w:cs="Arial"/>
                <w:b w:val="0"/>
                <w:color w:val="000000"/>
                <w:lang w:val="pt-PT" w:eastAsia="pt-PT" w:bidi="pt-PT"/>
              </w:rPr>
              <w:t>Alumínio</w:t>
            </w:r>
          </w:p>
        </w:tc>
        <w:tc>
          <w:tcPr>
            <w:tcW w:w="4008" w:type="dxa"/>
            <w:tcBorders>
              <w:top w:val="nil"/>
              <w:bottom w:val="nil"/>
            </w:tcBorders>
            <w:shd w:val="clear" w:color="auto" w:fill="auto"/>
          </w:tcPr>
          <w:p w14:paraId="6CAD6FD0" w14:textId="77777777" w:rsidR="008C1554" w:rsidRDefault="008C1554" w:rsidP="00825A0D">
            <w:pPr>
              <w:jc w:val="center"/>
              <w:cnfStyle w:val="000000100000" w:firstRow="0" w:lastRow="0" w:firstColumn="0" w:lastColumn="0" w:oddVBand="0" w:evenVBand="0" w:oddHBand="1" w:evenHBand="0" w:firstRowFirstColumn="0" w:firstRowLastColumn="0" w:lastRowFirstColumn="0" w:lastRowLastColumn="0"/>
              <w:rPr>
                <w:rFonts w:cs="Arial"/>
                <w:lang w:val="pt-PT" w:eastAsia="pt-PT" w:bidi="pt-PT"/>
              </w:rPr>
            </w:pPr>
            <w:r>
              <w:rPr>
                <w:rFonts w:eastAsia="Calibri" w:cs="Arial"/>
                <w:color w:val="000000"/>
                <w:lang w:val="pt-PT" w:eastAsia="pt-PT" w:bidi="pt-PT"/>
              </w:rPr>
              <w:t>8</w:t>
            </w:r>
          </w:p>
        </w:tc>
      </w:tr>
      <w:tr w:rsidR="008C1554" w14:paraId="53FACADD" w14:textId="77777777" w:rsidTr="00825A0D">
        <w:tc>
          <w:tcPr>
            <w:cnfStyle w:val="001000000000" w:firstRow="0" w:lastRow="0" w:firstColumn="1" w:lastColumn="0" w:oddVBand="0" w:evenVBand="0" w:oddHBand="0" w:evenHBand="0" w:firstRowFirstColumn="0" w:firstRowLastColumn="0" w:lastRowFirstColumn="0" w:lastRowLastColumn="0"/>
            <w:tcW w:w="4789" w:type="dxa"/>
            <w:tcBorders>
              <w:top w:val="nil"/>
              <w:bottom w:val="nil"/>
            </w:tcBorders>
          </w:tcPr>
          <w:p w14:paraId="373E67D1" w14:textId="77777777" w:rsidR="008C1554" w:rsidRDefault="008C1554" w:rsidP="00825A0D">
            <w:pPr>
              <w:jc w:val="center"/>
              <w:rPr>
                <w:rFonts w:cs="Arial"/>
                <w:b w:val="0"/>
                <w:lang w:val="pt-PT" w:eastAsia="pt-PT" w:bidi="pt-PT"/>
              </w:rPr>
            </w:pPr>
            <w:r>
              <w:rPr>
                <w:rFonts w:eastAsia="Calibri" w:cs="Arial"/>
                <w:b w:val="0"/>
                <w:color w:val="000000"/>
                <w:lang w:val="pt-PT" w:eastAsia="pt-PT" w:bidi="pt-PT"/>
              </w:rPr>
              <w:t>Ferro</w:t>
            </w:r>
          </w:p>
        </w:tc>
        <w:tc>
          <w:tcPr>
            <w:tcW w:w="4008" w:type="dxa"/>
            <w:tcBorders>
              <w:top w:val="nil"/>
              <w:bottom w:val="nil"/>
            </w:tcBorders>
          </w:tcPr>
          <w:p w14:paraId="70219916" w14:textId="77777777" w:rsidR="008C1554" w:rsidRDefault="008C1554" w:rsidP="00825A0D">
            <w:pPr>
              <w:jc w:val="center"/>
              <w:cnfStyle w:val="000000000000" w:firstRow="0" w:lastRow="0" w:firstColumn="0" w:lastColumn="0" w:oddVBand="0" w:evenVBand="0" w:oddHBand="0" w:evenHBand="0" w:firstRowFirstColumn="0" w:firstRowLastColumn="0" w:lastRowFirstColumn="0" w:lastRowLastColumn="0"/>
              <w:rPr>
                <w:rFonts w:cs="Arial"/>
                <w:lang w:val="pt-PT" w:eastAsia="pt-PT" w:bidi="pt-PT"/>
              </w:rPr>
            </w:pPr>
            <w:r>
              <w:rPr>
                <w:rFonts w:eastAsia="Calibri" w:cs="Arial"/>
                <w:color w:val="000000"/>
                <w:lang w:val="pt-PT" w:eastAsia="pt-PT" w:bidi="pt-PT"/>
              </w:rPr>
              <w:t>5</w:t>
            </w:r>
          </w:p>
        </w:tc>
      </w:tr>
      <w:tr w:rsidR="008C1554" w14:paraId="05A9BF0C" w14:textId="77777777" w:rsidTr="00825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9" w:type="dxa"/>
            <w:tcBorders>
              <w:top w:val="nil"/>
            </w:tcBorders>
            <w:shd w:val="clear" w:color="auto" w:fill="auto"/>
          </w:tcPr>
          <w:p w14:paraId="57457373" w14:textId="77777777" w:rsidR="008C1554" w:rsidRDefault="008C1554" w:rsidP="00825A0D">
            <w:pPr>
              <w:jc w:val="center"/>
              <w:rPr>
                <w:rFonts w:cs="Arial"/>
                <w:b w:val="0"/>
                <w:lang w:val="pt-PT" w:eastAsia="pt-PT" w:bidi="pt-PT"/>
              </w:rPr>
            </w:pPr>
            <w:r>
              <w:rPr>
                <w:rFonts w:eastAsia="Calibri" w:cs="Arial"/>
                <w:b w:val="0"/>
                <w:color w:val="000000"/>
                <w:lang w:val="pt-PT" w:eastAsia="pt-PT" w:bidi="pt-PT"/>
              </w:rPr>
              <w:t>Cálcio</w:t>
            </w:r>
          </w:p>
        </w:tc>
        <w:tc>
          <w:tcPr>
            <w:tcW w:w="4008" w:type="dxa"/>
            <w:tcBorders>
              <w:top w:val="nil"/>
            </w:tcBorders>
            <w:shd w:val="clear" w:color="auto" w:fill="auto"/>
          </w:tcPr>
          <w:p w14:paraId="1E6AE396" w14:textId="77777777" w:rsidR="008C1554" w:rsidRDefault="008C1554" w:rsidP="00825A0D">
            <w:pPr>
              <w:jc w:val="center"/>
              <w:cnfStyle w:val="000000100000" w:firstRow="0" w:lastRow="0" w:firstColumn="0" w:lastColumn="0" w:oddVBand="0" w:evenVBand="0" w:oddHBand="1" w:evenHBand="0" w:firstRowFirstColumn="0" w:firstRowLastColumn="0" w:lastRowFirstColumn="0" w:lastRowLastColumn="0"/>
              <w:rPr>
                <w:rFonts w:cs="Arial"/>
                <w:lang w:val="pt-PT" w:eastAsia="pt-PT" w:bidi="pt-PT"/>
              </w:rPr>
            </w:pPr>
            <w:r>
              <w:rPr>
                <w:rFonts w:eastAsia="Calibri" w:cs="Arial"/>
                <w:color w:val="000000"/>
                <w:lang w:val="pt-PT" w:eastAsia="pt-PT" w:bidi="pt-PT"/>
              </w:rPr>
              <w:t>3,5</w:t>
            </w:r>
          </w:p>
        </w:tc>
      </w:tr>
    </w:tbl>
    <w:p w14:paraId="5B921D8B" w14:textId="45B4AD05" w:rsidR="008C1554" w:rsidRPr="00FE725B" w:rsidRDefault="008C1554" w:rsidP="00FE725B">
      <w:pPr>
        <w:pStyle w:val="PargrafodaLista"/>
        <w:widowControl w:val="0"/>
        <w:tabs>
          <w:tab w:val="left" w:pos="0"/>
        </w:tabs>
        <w:spacing w:after="0"/>
        <w:ind w:left="0"/>
        <w:contextualSpacing w:val="0"/>
        <w:jc w:val="center"/>
        <w:rPr>
          <w:rFonts w:cs="Arial"/>
          <w:sz w:val="20"/>
          <w:szCs w:val="20"/>
        </w:rPr>
      </w:pPr>
      <w:r>
        <w:rPr>
          <w:rFonts w:cs="Arial"/>
          <w:sz w:val="20"/>
          <w:szCs w:val="20"/>
        </w:rPr>
        <w:t xml:space="preserve">Fonte: </w:t>
      </w:r>
      <w:proofErr w:type="spellStart"/>
      <w:r>
        <w:rPr>
          <w:rFonts w:cs="Arial"/>
          <w:sz w:val="20"/>
          <w:szCs w:val="20"/>
        </w:rPr>
        <w:t>Autoria</w:t>
      </w:r>
      <w:proofErr w:type="spellEnd"/>
      <w:r>
        <w:rPr>
          <w:rFonts w:cs="Arial"/>
          <w:sz w:val="20"/>
          <w:szCs w:val="20"/>
        </w:rPr>
        <w:t xml:space="preserve"> </w:t>
      </w:r>
      <w:proofErr w:type="spellStart"/>
      <w:r>
        <w:rPr>
          <w:rFonts w:cs="Arial"/>
          <w:sz w:val="20"/>
          <w:szCs w:val="20"/>
        </w:rPr>
        <w:t>própria</w:t>
      </w:r>
      <w:proofErr w:type="spellEnd"/>
      <w:r>
        <w:rPr>
          <w:rFonts w:cs="Arial"/>
          <w:color w:val="000000"/>
          <w:sz w:val="20"/>
          <w:szCs w:val="20"/>
          <w:shd w:val="clear" w:color="auto" w:fill="FFFFFF"/>
        </w:rPr>
        <w:t>.</w:t>
      </w:r>
    </w:p>
    <w:p w14:paraId="0F843B03" w14:textId="79702215" w:rsidR="008C1554" w:rsidRPr="008C1554" w:rsidRDefault="008C1554" w:rsidP="008C1554">
      <w:pPr>
        <w:pStyle w:val="PargrafodaLista"/>
        <w:widowControl w:val="0"/>
        <w:tabs>
          <w:tab w:val="left" w:pos="0"/>
        </w:tabs>
        <w:spacing w:after="0"/>
        <w:ind w:left="0"/>
        <w:contextualSpacing w:val="0"/>
        <w:rPr>
          <w:rFonts w:cs="Arial"/>
          <w:szCs w:val="24"/>
          <w:lang w:val="pt-BR"/>
        </w:rPr>
      </w:pPr>
      <w:r w:rsidRPr="008C1554">
        <w:rPr>
          <w:rFonts w:cs="Arial"/>
          <w:szCs w:val="24"/>
          <w:lang w:val="pt-BR"/>
        </w:rPr>
        <w:t>Quando a autoria é própria, a informação na fonte deve ser da seguinte forma: “Fonte: Autoria própria”. Toda tabela que já tenha sido publicada deve conter, na parte inferior, os dados da fonte consultada (elemento obrigatório, mesmo que seja produção do próprio autor).</w:t>
      </w:r>
    </w:p>
    <w:p w14:paraId="6133653F" w14:textId="77777777" w:rsidR="0039700B" w:rsidRPr="008C1554" w:rsidRDefault="00000000">
      <w:pPr>
        <w:rPr>
          <w:lang w:val="pt-BR"/>
        </w:rPr>
      </w:pPr>
      <w:r w:rsidRPr="008C1554">
        <w:rPr>
          <w:lang w:val="pt-BR"/>
        </w:rPr>
        <w:br w:type="page"/>
      </w:r>
    </w:p>
    <w:p w14:paraId="499E76AA" w14:textId="77777777" w:rsidR="00FD6892" w:rsidRDefault="00FD6892" w:rsidP="00FD6892">
      <w:pPr>
        <w:spacing w:after="0" w:line="240" w:lineRule="auto"/>
        <w:ind w:firstLine="0"/>
        <w:jc w:val="center"/>
        <w:rPr>
          <w:rFonts w:cs="Arial"/>
          <w:bCs/>
          <w:iCs/>
          <w:lang w:val="pt-BR"/>
        </w:rPr>
      </w:pPr>
    </w:p>
    <w:p w14:paraId="5F3B2FCC" w14:textId="77777777" w:rsidR="00FD6892" w:rsidRDefault="00FD6892" w:rsidP="00FD6892">
      <w:pPr>
        <w:spacing w:after="0" w:line="240" w:lineRule="auto"/>
        <w:ind w:firstLine="0"/>
        <w:jc w:val="center"/>
        <w:rPr>
          <w:rFonts w:cs="Arial"/>
          <w:bCs/>
          <w:iCs/>
          <w:lang w:val="pt-BR"/>
        </w:rPr>
      </w:pPr>
    </w:p>
    <w:p w14:paraId="7CA58F5B" w14:textId="77777777" w:rsidR="00FD6892" w:rsidRDefault="00FD6892" w:rsidP="00FD6892">
      <w:pPr>
        <w:spacing w:after="0" w:line="240" w:lineRule="auto"/>
        <w:ind w:firstLine="0"/>
        <w:jc w:val="center"/>
        <w:rPr>
          <w:rFonts w:cs="Arial"/>
          <w:bCs/>
          <w:iCs/>
          <w:lang w:val="pt-BR"/>
        </w:rPr>
      </w:pPr>
    </w:p>
    <w:p w14:paraId="767985A0" w14:textId="77777777" w:rsidR="00FD6892" w:rsidRDefault="00FD6892" w:rsidP="00FD6892">
      <w:pPr>
        <w:spacing w:after="0" w:line="240" w:lineRule="auto"/>
        <w:ind w:firstLine="0"/>
        <w:jc w:val="center"/>
        <w:rPr>
          <w:rFonts w:cs="Arial"/>
          <w:bCs/>
          <w:iCs/>
          <w:lang w:val="pt-BR"/>
        </w:rPr>
      </w:pPr>
    </w:p>
    <w:p w14:paraId="2F0836CC" w14:textId="77777777" w:rsidR="00FD6892" w:rsidRDefault="00FD6892" w:rsidP="00FD6892">
      <w:pPr>
        <w:spacing w:after="0" w:line="240" w:lineRule="auto"/>
        <w:ind w:firstLine="0"/>
        <w:jc w:val="center"/>
        <w:rPr>
          <w:rFonts w:cs="Arial"/>
          <w:bCs/>
          <w:iCs/>
          <w:lang w:val="pt-BR"/>
        </w:rPr>
      </w:pPr>
    </w:p>
    <w:p w14:paraId="33463FA8" w14:textId="7FFE514E" w:rsidR="00FD6892" w:rsidRDefault="00FD6892" w:rsidP="00FD6892">
      <w:pPr>
        <w:spacing w:after="0" w:line="240" w:lineRule="auto"/>
        <w:ind w:firstLine="0"/>
        <w:jc w:val="center"/>
        <w:rPr>
          <w:rFonts w:cs="Arial"/>
          <w:sz w:val="28"/>
          <w:szCs w:val="24"/>
          <w:lang w:val="pt-BR"/>
        </w:rPr>
      </w:pPr>
      <w:r w:rsidRPr="00FD6892">
        <w:rPr>
          <w:rFonts w:cs="Arial"/>
          <w:sz w:val="28"/>
          <w:szCs w:val="24"/>
          <w:lang w:val="pt-BR"/>
        </w:rPr>
        <w:t>CONCLUSÃO</w:t>
      </w:r>
    </w:p>
    <w:p w14:paraId="4CF625D4" w14:textId="77777777" w:rsidR="00FD6892" w:rsidRPr="00FD6892" w:rsidRDefault="00FD6892" w:rsidP="00FD6892">
      <w:pPr>
        <w:spacing w:after="0" w:line="240" w:lineRule="auto"/>
        <w:ind w:firstLine="0"/>
        <w:jc w:val="center"/>
        <w:rPr>
          <w:rFonts w:cs="Arial"/>
          <w:bCs/>
          <w:iCs/>
          <w:lang w:val="pt-BR"/>
        </w:rPr>
      </w:pPr>
    </w:p>
    <w:p w14:paraId="2904E693" w14:textId="77777777" w:rsidR="00FD6892" w:rsidRPr="00FD6892" w:rsidRDefault="00FD6892" w:rsidP="00FD6892">
      <w:pPr>
        <w:spacing w:after="0" w:line="240" w:lineRule="auto"/>
        <w:ind w:firstLine="0"/>
        <w:jc w:val="center"/>
        <w:rPr>
          <w:rFonts w:cs="Arial"/>
          <w:bCs/>
          <w:iCs/>
          <w:lang w:val="pt-BR"/>
        </w:rPr>
      </w:pPr>
    </w:p>
    <w:p w14:paraId="3C0E6760" w14:textId="77777777" w:rsidR="00FD6892" w:rsidRPr="00FD6892" w:rsidRDefault="00FD6892" w:rsidP="00FD6892">
      <w:pPr>
        <w:spacing w:after="0" w:line="240" w:lineRule="auto"/>
        <w:ind w:firstLine="0"/>
        <w:jc w:val="center"/>
        <w:rPr>
          <w:rFonts w:cs="Arial"/>
          <w:bCs/>
          <w:iCs/>
          <w:lang w:val="pt-BR"/>
        </w:rPr>
      </w:pPr>
    </w:p>
    <w:p w14:paraId="69008961" w14:textId="04889BFF" w:rsidR="008C1554" w:rsidRDefault="00000000" w:rsidP="008C1554">
      <w:pPr>
        <w:spacing w:after="0"/>
        <w:rPr>
          <w:rFonts w:cs="Arial"/>
          <w:lang w:val="pt-BR"/>
        </w:rPr>
      </w:pPr>
      <w:r w:rsidRPr="002B098E">
        <w:rPr>
          <w:lang w:val="pt-BR"/>
        </w:rPr>
        <w:t>A conclusão deverá sintetizar os principais achados da pesquisa, enfatizando sua relevância no contexto estudado. Não devem ser utilizadas citações de autores nesta seção.</w:t>
      </w:r>
      <w:r w:rsidR="008C1554" w:rsidRPr="008C1554">
        <w:rPr>
          <w:rFonts w:cs="Arial"/>
          <w:lang w:val="pt-BR"/>
        </w:rPr>
        <w:t xml:space="preserve"> </w:t>
      </w:r>
      <w:r w:rsidR="008C1554" w:rsidRPr="00306140">
        <w:rPr>
          <w:rFonts w:cs="Arial"/>
          <w:lang w:val="pt-BR"/>
        </w:rPr>
        <w:t>O texto inicia-se a três espaços simples (letra-12) abaixo do título</w:t>
      </w:r>
      <w:r w:rsidR="008C1554">
        <w:rPr>
          <w:rFonts w:cs="Arial"/>
          <w:lang w:val="pt-BR"/>
        </w:rPr>
        <w:t>.</w:t>
      </w:r>
    </w:p>
    <w:p w14:paraId="54A34898" w14:textId="77777777" w:rsidR="008C1554" w:rsidRDefault="008C1554" w:rsidP="008C1554">
      <w:pPr>
        <w:spacing w:after="0"/>
        <w:rPr>
          <w:rFonts w:cs="Arial"/>
          <w:lang w:val="pt-BR"/>
        </w:rPr>
      </w:pPr>
      <w:r w:rsidRPr="00306140">
        <w:rPr>
          <w:rFonts w:cs="Arial"/>
          <w:lang w:val="pt-BR"/>
        </w:rPr>
        <w:t>O texto deverá ser escrito em letra Arial-12, justificado, espaçamento 1,5.</w:t>
      </w:r>
      <w:r>
        <w:rPr>
          <w:rFonts w:cs="Arial"/>
          <w:lang w:val="pt-BR"/>
        </w:rPr>
        <w:t xml:space="preserve"> </w:t>
      </w:r>
    </w:p>
    <w:p w14:paraId="1724E0D0" w14:textId="77777777" w:rsidR="008C1554" w:rsidRPr="00306140" w:rsidRDefault="008C1554" w:rsidP="008C1554">
      <w:pPr>
        <w:spacing w:after="0"/>
        <w:rPr>
          <w:rFonts w:cs="Arial"/>
          <w:lang w:val="pt-BR"/>
        </w:rPr>
      </w:pPr>
      <w:r w:rsidRPr="00306140">
        <w:rPr>
          <w:rFonts w:cs="Arial"/>
          <w:lang w:val="pt-BR"/>
        </w:rPr>
        <w:t>Todo parágrafo deverá ser formatado com recuo de 1 cm a partir da margem esquerda.</w:t>
      </w:r>
    </w:p>
    <w:p w14:paraId="637E6E52" w14:textId="7CD14D1F" w:rsidR="0039700B" w:rsidRPr="002B098E" w:rsidRDefault="0039700B">
      <w:pPr>
        <w:spacing w:after="120"/>
        <w:rPr>
          <w:lang w:val="pt-BR"/>
        </w:rPr>
      </w:pPr>
    </w:p>
    <w:p w14:paraId="045B2DB6" w14:textId="77777777" w:rsidR="0039700B" w:rsidRPr="002B098E" w:rsidRDefault="00000000">
      <w:pPr>
        <w:rPr>
          <w:lang w:val="pt-BR"/>
        </w:rPr>
      </w:pPr>
      <w:r w:rsidRPr="002B098E">
        <w:rPr>
          <w:lang w:val="pt-BR"/>
        </w:rPr>
        <w:br w:type="page"/>
      </w:r>
    </w:p>
    <w:p w14:paraId="0FA09CC7" w14:textId="77777777" w:rsidR="00FD6892" w:rsidRDefault="00FD6892" w:rsidP="00FD6892">
      <w:pPr>
        <w:spacing w:after="0" w:line="240" w:lineRule="auto"/>
        <w:ind w:firstLine="0"/>
        <w:jc w:val="center"/>
        <w:rPr>
          <w:rFonts w:cs="Arial"/>
          <w:bCs/>
          <w:iCs/>
          <w:lang w:val="pt-BR"/>
        </w:rPr>
      </w:pPr>
    </w:p>
    <w:p w14:paraId="1FAB3C09" w14:textId="77777777" w:rsidR="00FD6892" w:rsidRDefault="00FD6892" w:rsidP="00FD6892">
      <w:pPr>
        <w:spacing w:after="0" w:line="240" w:lineRule="auto"/>
        <w:ind w:firstLine="0"/>
        <w:jc w:val="center"/>
        <w:rPr>
          <w:rFonts w:cs="Arial"/>
          <w:bCs/>
          <w:iCs/>
          <w:lang w:val="pt-BR"/>
        </w:rPr>
      </w:pPr>
    </w:p>
    <w:p w14:paraId="072AF286" w14:textId="77777777" w:rsidR="00FD6892" w:rsidRDefault="00FD6892" w:rsidP="00FD6892">
      <w:pPr>
        <w:spacing w:after="0" w:line="240" w:lineRule="auto"/>
        <w:ind w:firstLine="0"/>
        <w:jc w:val="center"/>
        <w:rPr>
          <w:rFonts w:cs="Arial"/>
          <w:bCs/>
          <w:iCs/>
          <w:lang w:val="pt-BR"/>
        </w:rPr>
      </w:pPr>
    </w:p>
    <w:p w14:paraId="15A6BC93" w14:textId="77777777" w:rsidR="00FD6892" w:rsidRDefault="00FD6892" w:rsidP="00FD6892">
      <w:pPr>
        <w:spacing w:after="0" w:line="240" w:lineRule="auto"/>
        <w:ind w:firstLine="0"/>
        <w:jc w:val="center"/>
        <w:rPr>
          <w:rFonts w:cs="Arial"/>
          <w:bCs/>
          <w:iCs/>
          <w:lang w:val="pt-BR"/>
        </w:rPr>
      </w:pPr>
    </w:p>
    <w:p w14:paraId="389D083A" w14:textId="77777777" w:rsidR="00FD6892" w:rsidRDefault="00FD6892" w:rsidP="00FD6892">
      <w:pPr>
        <w:spacing w:after="0" w:line="240" w:lineRule="auto"/>
        <w:ind w:firstLine="0"/>
        <w:jc w:val="center"/>
        <w:rPr>
          <w:rFonts w:cs="Arial"/>
          <w:bCs/>
          <w:iCs/>
          <w:lang w:val="pt-BR"/>
        </w:rPr>
      </w:pPr>
    </w:p>
    <w:p w14:paraId="7F058290" w14:textId="059BB0B2" w:rsidR="00FD6892" w:rsidRDefault="00FD6892" w:rsidP="00FD6892">
      <w:pPr>
        <w:spacing w:after="0" w:line="240" w:lineRule="auto"/>
        <w:ind w:firstLine="0"/>
        <w:jc w:val="center"/>
        <w:rPr>
          <w:rFonts w:cs="Arial"/>
          <w:sz w:val="28"/>
          <w:szCs w:val="24"/>
          <w:lang w:val="pt-BR"/>
        </w:rPr>
      </w:pPr>
      <w:r w:rsidRPr="00FD6892">
        <w:rPr>
          <w:rFonts w:cs="Arial"/>
          <w:sz w:val="28"/>
          <w:szCs w:val="24"/>
          <w:lang w:val="pt-BR"/>
        </w:rPr>
        <w:t>REFERÊNCIAS</w:t>
      </w:r>
    </w:p>
    <w:p w14:paraId="79B61C45" w14:textId="77777777" w:rsidR="00FD6892" w:rsidRPr="00FD6892" w:rsidRDefault="00FD6892" w:rsidP="00FD6892">
      <w:pPr>
        <w:spacing w:after="0" w:line="240" w:lineRule="auto"/>
        <w:ind w:firstLine="0"/>
        <w:jc w:val="center"/>
        <w:rPr>
          <w:rFonts w:cs="Arial"/>
          <w:bCs/>
          <w:iCs/>
          <w:lang w:val="pt-BR"/>
        </w:rPr>
      </w:pPr>
    </w:p>
    <w:p w14:paraId="116EC9B9" w14:textId="77777777" w:rsidR="00FD6892" w:rsidRPr="00FD6892" w:rsidRDefault="00FD6892" w:rsidP="00FD6892">
      <w:pPr>
        <w:spacing w:after="0" w:line="240" w:lineRule="auto"/>
        <w:ind w:firstLine="0"/>
        <w:jc w:val="center"/>
        <w:rPr>
          <w:rFonts w:cs="Arial"/>
          <w:bCs/>
          <w:iCs/>
          <w:lang w:val="pt-BR"/>
        </w:rPr>
      </w:pPr>
    </w:p>
    <w:p w14:paraId="623D77FA" w14:textId="77777777" w:rsidR="00FD6892" w:rsidRPr="00FD6892" w:rsidRDefault="00FD6892" w:rsidP="00FE725B">
      <w:pPr>
        <w:spacing w:after="0"/>
        <w:ind w:firstLine="0"/>
        <w:jc w:val="center"/>
        <w:rPr>
          <w:rFonts w:cs="Arial"/>
          <w:bCs/>
          <w:iCs/>
          <w:lang w:val="pt-BR"/>
        </w:rPr>
      </w:pPr>
    </w:p>
    <w:p w14:paraId="139C709B" w14:textId="77777777" w:rsidR="008C1554" w:rsidRDefault="00000000" w:rsidP="00FE725B">
      <w:pPr>
        <w:spacing w:after="0" w:line="240" w:lineRule="auto"/>
        <w:ind w:firstLine="720"/>
        <w:rPr>
          <w:lang w:val="pt-BR"/>
        </w:rPr>
      </w:pPr>
      <w:r w:rsidRPr="002B098E">
        <w:rPr>
          <w:lang w:val="pt-BR"/>
        </w:rPr>
        <w:t>Esta seção deve conter exclusivamente as obras citadas no texto, elaboradas conforme a ABNT NBR 6023 vigente. Todas as referências do trabalho, sem exceção, deverão seguir as normas ABNT vigentes. As referências devem ser alinhadas à esquerda, em espaçamento simples, com uma linha em branco entre elas.</w:t>
      </w:r>
      <w:r w:rsidR="008C1554">
        <w:rPr>
          <w:lang w:val="pt-BR"/>
        </w:rPr>
        <w:t xml:space="preserve"> </w:t>
      </w:r>
    </w:p>
    <w:p w14:paraId="00AF1079" w14:textId="36BD34B9" w:rsidR="008C1554" w:rsidRPr="008C1554" w:rsidRDefault="008C1554" w:rsidP="00FE725B">
      <w:pPr>
        <w:spacing w:after="0" w:line="240" w:lineRule="auto"/>
        <w:ind w:firstLine="720"/>
        <w:rPr>
          <w:lang w:val="pt-BR"/>
        </w:rPr>
      </w:pPr>
      <w:r w:rsidRPr="008C1554">
        <w:rPr>
          <w:rFonts w:cs="Arial"/>
          <w:szCs w:val="24"/>
          <w:lang w:val="pt-BR"/>
        </w:rPr>
        <w:t xml:space="preserve">A seguir são apresentados alguns exemplos de referências com elementos essenciais. Caso a referência que se deseja inserir não conste nos exemplos apresentados abaixo, recomenda-se consultar a referência normativa para essa seção do trabalho. </w:t>
      </w:r>
    </w:p>
    <w:p w14:paraId="5717A309" w14:textId="77E9163F" w:rsidR="008C1554" w:rsidRPr="008C1554" w:rsidRDefault="008C1554" w:rsidP="00FE725B">
      <w:pPr>
        <w:spacing w:after="0" w:line="240" w:lineRule="auto"/>
        <w:ind w:firstLine="0"/>
        <w:rPr>
          <w:rFonts w:cs="Arial"/>
          <w:szCs w:val="24"/>
          <w:lang w:val="pt-BR"/>
        </w:rPr>
      </w:pPr>
    </w:p>
    <w:p w14:paraId="40D66923"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Monografia no todo (livro, folheto, manual, guia, catálogo, enciclopédia, dicionário, entre outros) e trabalho acadêmico (tese, dissertação, trabalho de conclusão de curso, entre outros) </w:t>
      </w:r>
    </w:p>
    <w:p w14:paraId="7C8C32FC"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1F8C64DC" w14:textId="695AD843"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Exemplos de livros impressos: </w:t>
      </w:r>
    </w:p>
    <w:p w14:paraId="680612A7"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BENINI, S. M.; DIAS, L. S.; AMÉRICO-PINHEIRO, J. H. P. (</w:t>
      </w:r>
      <w:proofErr w:type="spellStart"/>
      <w:r w:rsidRPr="008C1554">
        <w:rPr>
          <w:rFonts w:cs="Arial"/>
          <w:szCs w:val="24"/>
          <w:lang w:val="pt-BR"/>
        </w:rPr>
        <w:t>org</w:t>
      </w:r>
      <w:proofErr w:type="spellEnd"/>
      <w:r w:rsidRPr="008C1554">
        <w:rPr>
          <w:rFonts w:cs="Arial"/>
          <w:szCs w:val="24"/>
          <w:lang w:val="pt-BR"/>
        </w:rPr>
        <w:t xml:space="preserve">). </w:t>
      </w:r>
      <w:r w:rsidRPr="008C1554">
        <w:rPr>
          <w:rFonts w:cs="Arial"/>
          <w:b/>
          <w:bCs/>
          <w:szCs w:val="24"/>
          <w:lang w:val="pt-BR"/>
        </w:rPr>
        <w:t>Saneamento e o Ambiente</w:t>
      </w:r>
      <w:r w:rsidRPr="008C1554">
        <w:rPr>
          <w:rFonts w:cs="Arial"/>
          <w:szCs w:val="24"/>
          <w:lang w:val="pt-BR"/>
        </w:rPr>
        <w:t>. 2. ed. Tupã: ANAP, 2019.</w:t>
      </w:r>
    </w:p>
    <w:p w14:paraId="4C067C7D" w14:textId="77777777" w:rsidR="008C1554" w:rsidRPr="008C1554" w:rsidRDefault="008C1554" w:rsidP="008C1554">
      <w:pPr>
        <w:spacing w:after="0" w:line="240" w:lineRule="auto"/>
        <w:ind w:firstLine="0"/>
        <w:rPr>
          <w:rFonts w:cs="Arial"/>
          <w:szCs w:val="24"/>
          <w:lang w:val="pt-BR"/>
        </w:rPr>
      </w:pPr>
    </w:p>
    <w:p w14:paraId="2FE2AFDD"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CAMPATO JR, J. A.; CAMPATO, R. </w:t>
      </w:r>
      <w:r w:rsidRPr="008C1554">
        <w:rPr>
          <w:rFonts w:cs="Arial"/>
          <w:b/>
          <w:bCs/>
          <w:szCs w:val="24"/>
          <w:lang w:val="pt-BR"/>
        </w:rPr>
        <w:t xml:space="preserve">Oratória acadêmica para apresentação de </w:t>
      </w:r>
      <w:proofErr w:type="spellStart"/>
      <w:r w:rsidRPr="008C1554">
        <w:rPr>
          <w:rFonts w:cs="Arial"/>
          <w:b/>
          <w:bCs/>
          <w:szCs w:val="24"/>
          <w:lang w:val="pt-BR"/>
        </w:rPr>
        <w:t>TCCs</w:t>
      </w:r>
      <w:proofErr w:type="spellEnd"/>
      <w:r w:rsidRPr="008C1554">
        <w:rPr>
          <w:rFonts w:cs="Arial"/>
          <w:b/>
          <w:bCs/>
          <w:szCs w:val="24"/>
          <w:lang w:val="pt-BR"/>
        </w:rPr>
        <w:t>, palestras, dissertações e teses</w:t>
      </w:r>
      <w:r w:rsidRPr="008C1554">
        <w:rPr>
          <w:rFonts w:cs="Arial"/>
          <w:szCs w:val="24"/>
          <w:lang w:val="pt-BR"/>
        </w:rPr>
        <w:t xml:space="preserve">. 1. ed. São José do Rio Preto: HN, 2020. </w:t>
      </w:r>
    </w:p>
    <w:p w14:paraId="26816CB5"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3E757964" w14:textId="4D74DAF0"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 de trabalho acadêmico (tese): </w:t>
      </w:r>
    </w:p>
    <w:p w14:paraId="3BBEC0E7"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AMÉRICO-PINHEIRO, J. H. P. </w:t>
      </w:r>
      <w:r w:rsidRPr="008C1554">
        <w:rPr>
          <w:rFonts w:cs="Arial"/>
          <w:b/>
          <w:bCs/>
          <w:szCs w:val="24"/>
          <w:lang w:val="pt-BR"/>
        </w:rPr>
        <w:t xml:space="preserve">Toxicidade de </w:t>
      </w:r>
      <w:proofErr w:type="spellStart"/>
      <w:r w:rsidRPr="008C1554">
        <w:rPr>
          <w:rFonts w:cs="Arial"/>
          <w:b/>
          <w:bCs/>
          <w:szCs w:val="24"/>
          <w:lang w:val="pt-BR"/>
        </w:rPr>
        <w:t>imidacloprid</w:t>
      </w:r>
      <w:proofErr w:type="spellEnd"/>
      <w:r w:rsidRPr="008C1554">
        <w:rPr>
          <w:rFonts w:cs="Arial"/>
          <w:b/>
          <w:bCs/>
          <w:szCs w:val="24"/>
          <w:lang w:val="pt-BR"/>
        </w:rPr>
        <w:t xml:space="preserve"> e </w:t>
      </w:r>
      <w:proofErr w:type="spellStart"/>
      <w:r w:rsidRPr="008C1554">
        <w:rPr>
          <w:rFonts w:cs="Arial"/>
          <w:b/>
          <w:bCs/>
          <w:szCs w:val="24"/>
          <w:lang w:val="pt-BR"/>
        </w:rPr>
        <w:t>carbofuran</w:t>
      </w:r>
      <w:proofErr w:type="spellEnd"/>
      <w:r w:rsidRPr="008C1554">
        <w:rPr>
          <w:rFonts w:cs="Arial"/>
          <w:b/>
          <w:bCs/>
          <w:szCs w:val="24"/>
          <w:lang w:val="pt-BR"/>
        </w:rPr>
        <w:t xml:space="preserve"> para organismos aquáticos de diferentes níveis tróficos</w:t>
      </w:r>
      <w:r w:rsidRPr="008C1554">
        <w:rPr>
          <w:rFonts w:cs="Arial"/>
          <w:szCs w:val="24"/>
          <w:lang w:val="pt-BR"/>
        </w:rPr>
        <w:t xml:space="preserve">. 2015. Tese (Doutorado em Aquicultura) – Centro de Aquicultura, Universidade Estadual Paulista Júlio de Mesquita Filho, Jaboticabal, 2015.  </w:t>
      </w:r>
    </w:p>
    <w:p w14:paraId="1FFB3403"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443ADFA9" w14:textId="77CB865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 de trabalho acadêmico (trabalho de conclusão de curso - TCC): </w:t>
      </w:r>
    </w:p>
    <w:p w14:paraId="21A33841"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SILVA, D. A. </w:t>
      </w:r>
      <w:r w:rsidRPr="008C1554">
        <w:rPr>
          <w:rFonts w:cs="Arial"/>
          <w:b/>
          <w:bCs/>
          <w:szCs w:val="24"/>
          <w:lang w:val="pt-BR"/>
        </w:rPr>
        <w:t xml:space="preserve">Transferência </w:t>
      </w:r>
      <w:proofErr w:type="spellStart"/>
      <w:r w:rsidRPr="008C1554">
        <w:rPr>
          <w:rFonts w:cs="Arial"/>
          <w:b/>
          <w:bCs/>
          <w:szCs w:val="24"/>
          <w:lang w:val="pt-BR"/>
        </w:rPr>
        <w:t>Intrafolicular</w:t>
      </w:r>
      <w:proofErr w:type="spellEnd"/>
      <w:r w:rsidRPr="008C1554">
        <w:rPr>
          <w:rFonts w:cs="Arial"/>
          <w:b/>
          <w:bCs/>
          <w:szCs w:val="24"/>
          <w:lang w:val="pt-BR"/>
        </w:rPr>
        <w:t xml:space="preserve"> de Ovócitos Imaturos (TIFOI): Revisão de Literatura</w:t>
      </w:r>
      <w:r w:rsidRPr="008C1554">
        <w:rPr>
          <w:rFonts w:cs="Arial"/>
          <w:szCs w:val="24"/>
          <w:lang w:val="pt-BR"/>
        </w:rPr>
        <w:t>. 2019. Trabalho de Conclusão de Curso (Bacharelado em Medicina Veterinária) – Universidade Brasil, Fernandópolis, 2019.</w:t>
      </w:r>
    </w:p>
    <w:p w14:paraId="0DB1E8A3" w14:textId="77777777" w:rsidR="008C1554" w:rsidRPr="008C1554" w:rsidRDefault="008C1554" w:rsidP="008C1554">
      <w:pPr>
        <w:spacing w:after="0" w:line="240" w:lineRule="auto"/>
        <w:ind w:firstLine="0"/>
        <w:rPr>
          <w:rFonts w:cs="Arial"/>
          <w:szCs w:val="24"/>
          <w:lang w:val="pt-BR"/>
        </w:rPr>
      </w:pPr>
    </w:p>
    <w:p w14:paraId="2CD68EE7" w14:textId="1997CA0F"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Monografia no todo em meio eletrônico (livros, folhetos e trabalhos acadêmicos em meio digital ou eletrônico)   </w:t>
      </w:r>
    </w:p>
    <w:p w14:paraId="0649F4BB" w14:textId="77777777" w:rsidR="00FE725B" w:rsidRPr="008C1554" w:rsidRDefault="00FE725B" w:rsidP="008C1554">
      <w:pPr>
        <w:spacing w:after="0" w:line="240" w:lineRule="auto"/>
        <w:ind w:firstLine="0"/>
        <w:rPr>
          <w:rFonts w:cs="Arial"/>
          <w:szCs w:val="24"/>
          <w:lang w:val="pt-BR"/>
        </w:rPr>
      </w:pPr>
    </w:p>
    <w:p w14:paraId="1343E9D3" w14:textId="3C08B27C"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 de livro eletrônico (E-book): </w:t>
      </w:r>
    </w:p>
    <w:p w14:paraId="2F6E0AE9"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BENINI, S. M.; DIAS, L. S.; AMÉRICO-PINHEIRO, J. H. P. (</w:t>
      </w:r>
      <w:proofErr w:type="spellStart"/>
      <w:r w:rsidRPr="008C1554">
        <w:rPr>
          <w:rFonts w:cs="Arial"/>
          <w:szCs w:val="24"/>
          <w:lang w:val="pt-BR"/>
        </w:rPr>
        <w:t>org</w:t>
      </w:r>
      <w:proofErr w:type="spellEnd"/>
      <w:r w:rsidRPr="008C1554">
        <w:rPr>
          <w:rFonts w:cs="Arial"/>
          <w:szCs w:val="24"/>
          <w:lang w:val="pt-BR"/>
        </w:rPr>
        <w:t xml:space="preserve">). </w:t>
      </w:r>
      <w:r w:rsidRPr="008C1554">
        <w:rPr>
          <w:rFonts w:cs="Arial"/>
          <w:b/>
          <w:bCs/>
          <w:szCs w:val="24"/>
          <w:lang w:val="pt-BR"/>
        </w:rPr>
        <w:t>Saneamento e o Ambiente</w:t>
      </w:r>
      <w:r w:rsidRPr="008C1554">
        <w:rPr>
          <w:rFonts w:cs="Arial"/>
          <w:szCs w:val="24"/>
          <w:lang w:val="pt-BR"/>
        </w:rPr>
        <w:t xml:space="preserve">. Tupã: ANAP, 2018. E-book. Disponível em: </w:t>
      </w:r>
      <w:r w:rsidRPr="008C1554">
        <w:rPr>
          <w:rFonts w:cs="Arial"/>
          <w:szCs w:val="24"/>
          <w:lang w:val="pt-BR"/>
        </w:rPr>
        <w:lastRenderedPageBreak/>
        <w:t xml:space="preserve">https://www.amigosdanatureza.org.br/biblioteca/livros/item/cod/180. Acesso em: 28 set. 2020. </w:t>
      </w:r>
    </w:p>
    <w:p w14:paraId="2BA55C85" w14:textId="77777777" w:rsidR="008C1554" w:rsidRPr="008C1554" w:rsidRDefault="008C1554" w:rsidP="008C1554">
      <w:pPr>
        <w:spacing w:after="0" w:line="240" w:lineRule="auto"/>
        <w:ind w:firstLine="0"/>
        <w:rPr>
          <w:rFonts w:cs="Arial"/>
          <w:szCs w:val="24"/>
          <w:lang w:val="pt-BR"/>
        </w:rPr>
      </w:pPr>
    </w:p>
    <w:p w14:paraId="4F4A8CC6" w14:textId="34B406E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Exemplos de trabalhos acadêmicos (dissertação) em meio eletrônico: </w:t>
      </w:r>
    </w:p>
    <w:p w14:paraId="7A07710E"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FRIAS, D. F. R. </w:t>
      </w:r>
      <w:r w:rsidRPr="008C1554">
        <w:rPr>
          <w:rFonts w:cs="Arial"/>
          <w:b/>
          <w:bCs/>
          <w:szCs w:val="24"/>
          <w:lang w:val="pt-BR"/>
        </w:rPr>
        <w:t>Avaliação dos registros de profilaxia antirrábica humana pós-exposição no município de Jaboticabal, São Paulo, no período de 2000 a 2006</w:t>
      </w:r>
      <w:r w:rsidRPr="008C1554">
        <w:rPr>
          <w:rFonts w:cs="Arial"/>
          <w:szCs w:val="24"/>
          <w:lang w:val="pt-BR"/>
        </w:rPr>
        <w:t>. 2008. Dissertação (Mestrado em Medicina Veterinária) - Faculdade de Ciências Agrárias e Veterinárias, Universidade Estadual Paulista Júlio de Mesquita Filho, Jaboticabal, 2008. Disponível em: https://repositorio.unesp.br/handle/11449/94657. Acesso em: 29 set. 2020.</w:t>
      </w:r>
    </w:p>
    <w:p w14:paraId="0A8910DD" w14:textId="77777777" w:rsidR="008C1554" w:rsidRPr="008C1554" w:rsidRDefault="008C1554" w:rsidP="008C1554">
      <w:pPr>
        <w:spacing w:after="0" w:line="240" w:lineRule="auto"/>
        <w:ind w:firstLine="0"/>
        <w:rPr>
          <w:rFonts w:cs="Arial"/>
          <w:szCs w:val="24"/>
          <w:lang w:val="pt-BR"/>
        </w:rPr>
      </w:pPr>
    </w:p>
    <w:p w14:paraId="47589B9E"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SOUZA, E. O. </w:t>
      </w:r>
      <w:r w:rsidRPr="008C1554">
        <w:rPr>
          <w:rFonts w:cs="Arial"/>
          <w:b/>
          <w:bCs/>
          <w:szCs w:val="24"/>
          <w:lang w:val="pt-BR"/>
        </w:rPr>
        <w:t>Coleta seletiva como instrumento de preservação ambiental e fonte de renda</w:t>
      </w:r>
      <w:r w:rsidRPr="008C1554">
        <w:rPr>
          <w:rFonts w:cs="Arial"/>
          <w:szCs w:val="24"/>
          <w:lang w:val="pt-BR"/>
        </w:rPr>
        <w:t>. 2019. Dissertação (Mestrado em Ciências Ambientais) - Universidade Brasil, Fernandópolis, 2019. Disponível em: https://www.universidadebrasil.edu.br/portal/_biblioteca/uploads/20200313211455.pdf. Acesso em: 9 out. 2020.</w:t>
      </w:r>
    </w:p>
    <w:p w14:paraId="2D56D21E"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76C79AF1"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Parte de monografia (seção, capítulo, volume, fragmentos e outras partes de uma obra) </w:t>
      </w:r>
    </w:p>
    <w:p w14:paraId="62900BC8"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45FD7C34" w14:textId="4BF56858"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 de capítulo de livro impresso: </w:t>
      </w:r>
    </w:p>
    <w:p w14:paraId="2892B7A0"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ZONTA, M. A.; SILVA NETO, J. C.; ARAUJO, V. S. Metodologias para Preparo de Amostras para Análise de Citologia </w:t>
      </w:r>
      <w:proofErr w:type="spellStart"/>
      <w:r w:rsidRPr="008C1554">
        <w:rPr>
          <w:rFonts w:cs="Arial"/>
          <w:szCs w:val="24"/>
          <w:lang w:val="pt-BR"/>
        </w:rPr>
        <w:t>Cérvicovaginal</w:t>
      </w:r>
      <w:proofErr w:type="spellEnd"/>
      <w:r w:rsidRPr="008C1554">
        <w:rPr>
          <w:rFonts w:cs="Arial"/>
          <w:szCs w:val="24"/>
          <w:lang w:val="pt-BR"/>
        </w:rPr>
        <w:t xml:space="preserve">. In: SILVA NETO, J. C.(org.). </w:t>
      </w:r>
      <w:r w:rsidRPr="008C1554">
        <w:rPr>
          <w:rFonts w:cs="Arial"/>
          <w:b/>
          <w:bCs/>
          <w:szCs w:val="24"/>
          <w:lang w:val="pt-BR"/>
        </w:rPr>
        <w:t>Citologia Clínica do Trato Genital Feminino</w:t>
      </w:r>
      <w:r w:rsidRPr="008C1554">
        <w:rPr>
          <w:rFonts w:cs="Arial"/>
          <w:szCs w:val="24"/>
          <w:lang w:val="pt-BR"/>
        </w:rPr>
        <w:t xml:space="preserve">. 2.ed. Recife: </w:t>
      </w:r>
      <w:proofErr w:type="spellStart"/>
      <w:r w:rsidRPr="008C1554">
        <w:rPr>
          <w:rFonts w:cs="Arial"/>
          <w:szCs w:val="24"/>
          <w:lang w:val="pt-BR"/>
        </w:rPr>
        <w:t>Thiemi</w:t>
      </w:r>
      <w:proofErr w:type="spellEnd"/>
      <w:r w:rsidRPr="008C1554">
        <w:rPr>
          <w:rFonts w:cs="Arial"/>
          <w:szCs w:val="24"/>
          <w:lang w:val="pt-BR"/>
        </w:rPr>
        <w:t xml:space="preserve"> </w:t>
      </w:r>
      <w:proofErr w:type="spellStart"/>
      <w:r w:rsidRPr="008C1554">
        <w:rPr>
          <w:rFonts w:cs="Arial"/>
          <w:szCs w:val="24"/>
          <w:lang w:val="pt-BR"/>
        </w:rPr>
        <w:t>Revinter</w:t>
      </w:r>
      <w:proofErr w:type="spellEnd"/>
      <w:r w:rsidRPr="008C1554">
        <w:rPr>
          <w:rFonts w:cs="Arial"/>
          <w:szCs w:val="24"/>
          <w:lang w:val="pt-BR"/>
        </w:rPr>
        <w:t xml:space="preserve">, 2020, p. 99-106. </w:t>
      </w:r>
    </w:p>
    <w:p w14:paraId="1F9B3BB6"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214E6CA4"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Artigo, seção e/ou matéria de publicação periódica </w:t>
      </w:r>
    </w:p>
    <w:p w14:paraId="58AA99E8"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45CCF185" w14:textId="3C78EC56"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 de artigo em periódico impresso: </w:t>
      </w:r>
    </w:p>
    <w:p w14:paraId="625A48B7"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RODRIGUES, R. C.; MOURÃO, G. B.; BRENNECKE, K.; LUZ, P. H. C.; HERLING, V. R. Produção de massa seca, e relação folha/colmo de </w:t>
      </w:r>
      <w:r w:rsidRPr="008C1554">
        <w:rPr>
          <w:rFonts w:cs="Arial"/>
          <w:i/>
          <w:iCs/>
          <w:szCs w:val="24"/>
          <w:lang w:val="pt-BR"/>
        </w:rPr>
        <w:t xml:space="preserve">Brachiaria </w:t>
      </w:r>
      <w:proofErr w:type="spellStart"/>
      <w:r w:rsidRPr="008C1554">
        <w:rPr>
          <w:rFonts w:cs="Arial"/>
          <w:i/>
          <w:iCs/>
          <w:szCs w:val="24"/>
          <w:lang w:val="pt-BR"/>
        </w:rPr>
        <w:t>brizantha</w:t>
      </w:r>
      <w:proofErr w:type="spellEnd"/>
      <w:r w:rsidRPr="008C1554">
        <w:rPr>
          <w:rFonts w:cs="Arial"/>
          <w:szCs w:val="24"/>
          <w:lang w:val="pt-BR"/>
        </w:rPr>
        <w:t xml:space="preserve"> cv. </w:t>
      </w:r>
      <w:proofErr w:type="spellStart"/>
      <w:r w:rsidRPr="008C1554">
        <w:rPr>
          <w:rFonts w:cs="Arial"/>
          <w:szCs w:val="24"/>
          <w:lang w:val="pt-BR"/>
        </w:rPr>
        <w:t>Xaraés</w:t>
      </w:r>
      <w:proofErr w:type="spellEnd"/>
      <w:r w:rsidRPr="008C1554">
        <w:rPr>
          <w:rFonts w:cs="Arial"/>
          <w:szCs w:val="24"/>
          <w:lang w:val="pt-BR"/>
        </w:rPr>
        <w:t xml:space="preserve"> adubadas com doses crescentes de nitrogênio e potássio. </w:t>
      </w:r>
      <w:r w:rsidRPr="008C1554">
        <w:rPr>
          <w:rFonts w:cs="Arial"/>
          <w:b/>
          <w:bCs/>
          <w:szCs w:val="24"/>
          <w:lang w:val="pt-BR"/>
        </w:rPr>
        <w:t>Revista Brasileira de Ciência do Solo</w:t>
      </w:r>
      <w:r w:rsidRPr="008C1554">
        <w:rPr>
          <w:rFonts w:cs="Arial"/>
          <w:szCs w:val="24"/>
          <w:lang w:val="pt-BR"/>
        </w:rPr>
        <w:t xml:space="preserve">, Viçosa, v. 37, p. 394-400, 2008. </w:t>
      </w:r>
    </w:p>
    <w:p w14:paraId="3CA486AC" w14:textId="77777777" w:rsidR="008C1554" w:rsidRPr="008C1554" w:rsidRDefault="008C1554" w:rsidP="008C1554">
      <w:pPr>
        <w:spacing w:after="0" w:line="240" w:lineRule="auto"/>
        <w:ind w:firstLine="0"/>
        <w:rPr>
          <w:rFonts w:cs="Arial"/>
          <w:szCs w:val="24"/>
          <w:lang w:val="pt-BR"/>
        </w:rPr>
      </w:pPr>
    </w:p>
    <w:p w14:paraId="0ECF476F"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Artigo, seção e/ou matéria de publicação periódica em meio eletrônico </w:t>
      </w:r>
    </w:p>
    <w:p w14:paraId="40F423B9"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5866C891" w14:textId="1769118D"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Exemplos de artigo em periódico eletrônico: </w:t>
      </w:r>
    </w:p>
    <w:p w14:paraId="7A293F82" w14:textId="77777777" w:rsidR="008C1554" w:rsidRPr="008C1554" w:rsidRDefault="008C1554" w:rsidP="008C1554">
      <w:pPr>
        <w:spacing w:after="0" w:line="240" w:lineRule="auto"/>
        <w:ind w:firstLine="0"/>
        <w:rPr>
          <w:rFonts w:cs="Arial"/>
          <w:szCs w:val="24"/>
          <w:lang w:val="pt-BR"/>
        </w:rPr>
      </w:pPr>
      <w:r w:rsidRPr="008C1554">
        <w:rPr>
          <w:rFonts w:cs="Arial"/>
          <w:szCs w:val="24"/>
        </w:rPr>
        <w:t xml:space="preserve">ALMEIDA, V. R.; BARRIOS, C. A.; PANEPUCCI, R. R.; LIPSON, M. All-optical control of light on a silicon chip. </w:t>
      </w:r>
      <w:proofErr w:type="spellStart"/>
      <w:r w:rsidRPr="008C1554">
        <w:rPr>
          <w:rFonts w:cs="Arial"/>
          <w:b/>
          <w:bCs/>
          <w:szCs w:val="24"/>
          <w:lang w:val="pt-BR"/>
        </w:rPr>
        <w:t>Nature</w:t>
      </w:r>
      <w:proofErr w:type="spellEnd"/>
      <w:r w:rsidRPr="008C1554">
        <w:rPr>
          <w:rFonts w:cs="Arial"/>
          <w:szCs w:val="24"/>
          <w:lang w:val="pt-BR"/>
        </w:rPr>
        <w:t>, London, v. 431, p.1081-1084, 2004. Disponível em: https://www.nature.com/articles/nature02921. Acesso em: 16 dez. 2019.</w:t>
      </w:r>
    </w:p>
    <w:p w14:paraId="1B766074" w14:textId="77777777" w:rsidR="008C1554" w:rsidRPr="008C1554" w:rsidRDefault="008C1554" w:rsidP="008C1554">
      <w:pPr>
        <w:spacing w:after="0" w:line="240" w:lineRule="auto"/>
        <w:ind w:firstLine="0"/>
        <w:rPr>
          <w:rFonts w:cs="Arial"/>
          <w:szCs w:val="24"/>
          <w:lang w:val="pt-BR"/>
        </w:rPr>
      </w:pPr>
    </w:p>
    <w:p w14:paraId="275F1025" w14:textId="77777777" w:rsidR="008C1554" w:rsidRPr="008C1554" w:rsidRDefault="008C1554" w:rsidP="008C1554">
      <w:pPr>
        <w:spacing w:after="0" w:line="240" w:lineRule="auto"/>
        <w:ind w:firstLine="0"/>
        <w:rPr>
          <w:rFonts w:cs="Arial"/>
          <w:szCs w:val="24"/>
        </w:rPr>
      </w:pPr>
      <w:r w:rsidRPr="008C1554">
        <w:rPr>
          <w:rFonts w:cs="Arial"/>
          <w:szCs w:val="24"/>
          <w:lang w:val="pt-BR"/>
        </w:rPr>
        <w:t xml:space="preserve">KOZUSNY-ANDREANI, D. I.; ANDREANI, G.; AVEZUM do PRADO, L. F.; OLIVA SPAZIANI, A.; OLIVEIRA MELLEM KAIRALA, R. C.; SEIXAS da SILVA, F.; ZANGARO, R. A. In vitro </w:t>
      </w:r>
      <w:proofErr w:type="spellStart"/>
      <w:r w:rsidRPr="008C1554">
        <w:rPr>
          <w:rFonts w:cs="Arial"/>
          <w:szCs w:val="24"/>
          <w:lang w:val="pt-BR"/>
        </w:rPr>
        <w:t>inactivation</w:t>
      </w:r>
      <w:proofErr w:type="spellEnd"/>
      <w:r w:rsidRPr="008C1554">
        <w:rPr>
          <w:rFonts w:cs="Arial"/>
          <w:szCs w:val="24"/>
          <w:lang w:val="pt-BR"/>
        </w:rPr>
        <w:t xml:space="preserve"> </w:t>
      </w:r>
      <w:proofErr w:type="spellStart"/>
      <w:r w:rsidRPr="008C1554">
        <w:rPr>
          <w:rFonts w:cs="Arial"/>
          <w:szCs w:val="24"/>
          <w:lang w:val="pt-BR"/>
        </w:rPr>
        <w:t>of</w:t>
      </w:r>
      <w:proofErr w:type="spellEnd"/>
      <w:r w:rsidRPr="008C1554">
        <w:rPr>
          <w:rFonts w:cs="Arial"/>
          <w:szCs w:val="24"/>
          <w:lang w:val="pt-BR"/>
        </w:rPr>
        <w:t xml:space="preserve"> </w:t>
      </w:r>
      <w:proofErr w:type="spellStart"/>
      <w:r w:rsidRPr="008C1554">
        <w:rPr>
          <w:rFonts w:cs="Arial"/>
          <w:szCs w:val="24"/>
          <w:lang w:val="pt-BR"/>
        </w:rPr>
        <w:t>pathogenic</w:t>
      </w:r>
      <w:proofErr w:type="spellEnd"/>
      <w:r w:rsidRPr="008C1554">
        <w:rPr>
          <w:rFonts w:cs="Arial"/>
          <w:szCs w:val="24"/>
          <w:lang w:val="pt-BR"/>
        </w:rPr>
        <w:t xml:space="preserve"> </w:t>
      </w:r>
      <w:proofErr w:type="spellStart"/>
      <w:r w:rsidRPr="008C1554">
        <w:rPr>
          <w:rFonts w:cs="Arial"/>
          <w:szCs w:val="24"/>
          <w:lang w:val="pt-BR"/>
        </w:rPr>
        <w:t>bacteria</w:t>
      </w:r>
      <w:proofErr w:type="spellEnd"/>
      <w:r w:rsidRPr="008C1554">
        <w:rPr>
          <w:rFonts w:cs="Arial"/>
          <w:szCs w:val="24"/>
          <w:lang w:val="pt-BR"/>
        </w:rPr>
        <w:t xml:space="preserve"> </w:t>
      </w:r>
      <w:proofErr w:type="spellStart"/>
      <w:r w:rsidRPr="008C1554">
        <w:rPr>
          <w:rFonts w:cs="Arial"/>
          <w:szCs w:val="24"/>
          <w:lang w:val="pt-BR"/>
        </w:rPr>
        <w:t>by</w:t>
      </w:r>
      <w:proofErr w:type="spellEnd"/>
      <w:r w:rsidRPr="008C1554">
        <w:rPr>
          <w:rFonts w:cs="Arial"/>
          <w:szCs w:val="24"/>
          <w:lang w:val="pt-BR"/>
        </w:rPr>
        <w:t xml:space="preserve"> the use </w:t>
      </w:r>
      <w:proofErr w:type="spellStart"/>
      <w:r w:rsidRPr="008C1554">
        <w:rPr>
          <w:rFonts w:cs="Arial"/>
          <w:szCs w:val="24"/>
          <w:lang w:val="pt-BR"/>
        </w:rPr>
        <w:t>of</w:t>
      </w:r>
      <w:proofErr w:type="spellEnd"/>
      <w:r w:rsidRPr="008C1554">
        <w:rPr>
          <w:rFonts w:cs="Arial"/>
          <w:szCs w:val="24"/>
          <w:lang w:val="pt-BR"/>
        </w:rPr>
        <w:t xml:space="preserve"> ozone in </w:t>
      </w:r>
      <w:proofErr w:type="spellStart"/>
      <w:r w:rsidRPr="008C1554">
        <w:rPr>
          <w:rFonts w:cs="Arial"/>
          <w:szCs w:val="24"/>
          <w:lang w:val="pt-BR"/>
        </w:rPr>
        <w:t>different</w:t>
      </w:r>
      <w:proofErr w:type="spellEnd"/>
      <w:r w:rsidRPr="008C1554">
        <w:rPr>
          <w:rFonts w:cs="Arial"/>
          <w:szCs w:val="24"/>
          <w:lang w:val="pt-BR"/>
        </w:rPr>
        <w:t xml:space="preserve"> </w:t>
      </w:r>
      <w:proofErr w:type="spellStart"/>
      <w:r w:rsidRPr="008C1554">
        <w:rPr>
          <w:rFonts w:cs="Arial"/>
          <w:szCs w:val="24"/>
          <w:lang w:val="pt-BR"/>
        </w:rPr>
        <w:t>exposure</w:t>
      </w:r>
      <w:proofErr w:type="spellEnd"/>
      <w:r w:rsidRPr="008C1554">
        <w:rPr>
          <w:rFonts w:cs="Arial"/>
          <w:szCs w:val="24"/>
          <w:lang w:val="pt-BR"/>
        </w:rPr>
        <w:t xml:space="preserve"> times. </w:t>
      </w:r>
      <w:r w:rsidRPr="008C1554">
        <w:rPr>
          <w:rFonts w:cs="Arial"/>
          <w:b/>
          <w:bCs/>
          <w:szCs w:val="24"/>
          <w:lang w:val="pt-BR"/>
        </w:rPr>
        <w:t>Revista Cubana de Medicina Tropical</w:t>
      </w:r>
      <w:r w:rsidRPr="008C1554">
        <w:rPr>
          <w:rFonts w:cs="Arial"/>
          <w:szCs w:val="24"/>
          <w:lang w:val="pt-BR"/>
        </w:rPr>
        <w:t xml:space="preserve">, La Habana, v. 70, n.1, 2018 Disponível em: http://www.revmedtropical.sld.cu/index.php/medtropical/article/view/206. </w:t>
      </w:r>
      <w:proofErr w:type="spellStart"/>
      <w:r w:rsidRPr="008C1554">
        <w:rPr>
          <w:rFonts w:cs="Arial"/>
          <w:szCs w:val="24"/>
        </w:rPr>
        <w:t>Acesso</w:t>
      </w:r>
      <w:proofErr w:type="spellEnd"/>
      <w:r w:rsidRPr="008C1554">
        <w:rPr>
          <w:rFonts w:cs="Arial"/>
          <w:szCs w:val="24"/>
        </w:rPr>
        <w:t xml:space="preserve"> </w:t>
      </w:r>
      <w:proofErr w:type="spellStart"/>
      <w:r w:rsidRPr="008C1554">
        <w:rPr>
          <w:rFonts w:cs="Arial"/>
          <w:szCs w:val="24"/>
        </w:rPr>
        <w:t>em</w:t>
      </w:r>
      <w:proofErr w:type="spellEnd"/>
      <w:r w:rsidRPr="008C1554">
        <w:rPr>
          <w:rFonts w:cs="Arial"/>
          <w:szCs w:val="24"/>
        </w:rPr>
        <w:t>: 13 out. 2020</w:t>
      </w:r>
    </w:p>
    <w:p w14:paraId="04FB124B" w14:textId="77777777" w:rsidR="008C1554" w:rsidRPr="008C1554" w:rsidRDefault="008C1554" w:rsidP="008C1554">
      <w:pPr>
        <w:spacing w:after="0" w:line="240" w:lineRule="auto"/>
        <w:ind w:firstLine="0"/>
        <w:rPr>
          <w:rFonts w:cs="Arial"/>
          <w:szCs w:val="24"/>
        </w:rPr>
      </w:pPr>
    </w:p>
    <w:p w14:paraId="2EF9793A" w14:textId="77777777" w:rsidR="008C1554" w:rsidRPr="008C1554" w:rsidRDefault="008C1554" w:rsidP="008C1554">
      <w:pPr>
        <w:spacing w:after="0" w:line="240" w:lineRule="auto"/>
        <w:ind w:firstLine="0"/>
        <w:rPr>
          <w:rFonts w:cs="Arial"/>
          <w:szCs w:val="24"/>
          <w:lang w:val="pt-BR"/>
        </w:rPr>
      </w:pPr>
      <w:r w:rsidRPr="008C1554">
        <w:rPr>
          <w:rFonts w:cs="Arial"/>
          <w:szCs w:val="24"/>
        </w:rPr>
        <w:t xml:space="preserve">SILVA, R.; BAPTISTA, A.; SERRA, R. L.; MAGALHÃES, D. S. F. Mobile application for the evaluation and planning of nursing workload in the intensive care unit. </w:t>
      </w:r>
      <w:proofErr w:type="spellStart"/>
      <w:r w:rsidRPr="008C1554">
        <w:rPr>
          <w:rFonts w:cs="Arial"/>
          <w:b/>
          <w:bCs/>
          <w:szCs w:val="24"/>
          <w:lang w:val="pt-BR"/>
        </w:rPr>
        <w:t>International</w:t>
      </w:r>
      <w:proofErr w:type="spellEnd"/>
      <w:r w:rsidRPr="008C1554">
        <w:rPr>
          <w:rFonts w:cs="Arial"/>
          <w:b/>
          <w:bCs/>
          <w:szCs w:val="24"/>
          <w:lang w:val="pt-BR"/>
        </w:rPr>
        <w:t xml:space="preserve"> </w:t>
      </w:r>
      <w:proofErr w:type="spellStart"/>
      <w:r w:rsidRPr="008C1554">
        <w:rPr>
          <w:rFonts w:cs="Arial"/>
          <w:b/>
          <w:bCs/>
          <w:szCs w:val="24"/>
          <w:lang w:val="pt-BR"/>
        </w:rPr>
        <w:t>Journal</w:t>
      </w:r>
      <w:proofErr w:type="spellEnd"/>
      <w:r w:rsidRPr="008C1554">
        <w:rPr>
          <w:rFonts w:cs="Arial"/>
          <w:b/>
          <w:bCs/>
          <w:szCs w:val="24"/>
          <w:lang w:val="pt-BR"/>
        </w:rPr>
        <w:t xml:space="preserve"> </w:t>
      </w:r>
      <w:proofErr w:type="spellStart"/>
      <w:r w:rsidRPr="008C1554">
        <w:rPr>
          <w:rFonts w:cs="Arial"/>
          <w:b/>
          <w:bCs/>
          <w:szCs w:val="24"/>
          <w:lang w:val="pt-BR"/>
        </w:rPr>
        <w:t>of</w:t>
      </w:r>
      <w:proofErr w:type="spellEnd"/>
      <w:r w:rsidRPr="008C1554">
        <w:rPr>
          <w:rFonts w:cs="Arial"/>
          <w:b/>
          <w:bCs/>
          <w:szCs w:val="24"/>
          <w:lang w:val="pt-BR"/>
        </w:rPr>
        <w:t xml:space="preserve"> Medical </w:t>
      </w:r>
      <w:proofErr w:type="spellStart"/>
      <w:r w:rsidRPr="008C1554">
        <w:rPr>
          <w:rFonts w:cs="Arial"/>
          <w:b/>
          <w:bCs/>
          <w:szCs w:val="24"/>
          <w:lang w:val="pt-BR"/>
        </w:rPr>
        <w:t>Informatics</w:t>
      </w:r>
      <w:proofErr w:type="spellEnd"/>
      <w:r w:rsidRPr="008C1554">
        <w:rPr>
          <w:rFonts w:cs="Arial"/>
          <w:szCs w:val="24"/>
          <w:lang w:val="pt-BR"/>
        </w:rPr>
        <w:t xml:space="preserve">, Nova Iorque, v. 13, p.104120. 2020. DOI: doi.org/10.1016/j.ijmedinf.2020.104120. Disponível em: https://www.sciencedirect.com/science/article/abs/pii/S1386505619308652?via%3Dihub. Acesso em: 25 set. 2020. </w:t>
      </w:r>
    </w:p>
    <w:p w14:paraId="33AC5F77"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76D73750"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Parte de evento em meio eletrônico </w:t>
      </w:r>
    </w:p>
    <w:p w14:paraId="3971E529"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4B333425" w14:textId="1D87C69E"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Exemplos de resumo publicado em Anais de congresso: </w:t>
      </w:r>
    </w:p>
    <w:p w14:paraId="0664513A"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GIRALDELLI, S. I.; FAVALEÇA, M. F.; ANDREANI, D. I. K.  Avaliação da presença de </w:t>
      </w:r>
      <w:proofErr w:type="spellStart"/>
      <w:r w:rsidRPr="008C1554">
        <w:rPr>
          <w:rFonts w:cs="Arial"/>
          <w:szCs w:val="24"/>
          <w:lang w:val="pt-BR"/>
        </w:rPr>
        <w:t>bio-aerossóis</w:t>
      </w:r>
      <w:proofErr w:type="spellEnd"/>
      <w:r w:rsidRPr="008C1554">
        <w:rPr>
          <w:rFonts w:cs="Arial"/>
          <w:szCs w:val="24"/>
          <w:lang w:val="pt-BR"/>
        </w:rPr>
        <w:t xml:space="preserve"> em centro cirúrgico de um hospital do noroeste paulista. In: ENCONTRO DE INICIAÇÃO CIENTÍFICA DA UNIVERSIDADE BRASIL, 13., 2019, São Paulo. </w:t>
      </w:r>
      <w:r w:rsidRPr="008C1554">
        <w:rPr>
          <w:rFonts w:cs="Arial"/>
          <w:b/>
          <w:bCs/>
          <w:szCs w:val="24"/>
          <w:lang w:val="pt-BR"/>
        </w:rPr>
        <w:t>Anais</w:t>
      </w:r>
      <w:r w:rsidRPr="008C1554">
        <w:rPr>
          <w:rFonts w:cs="Arial"/>
          <w:szCs w:val="24"/>
          <w:lang w:val="pt-BR"/>
        </w:rPr>
        <w:t xml:space="preserve"> [...]. São Paulo: UB, 2019. p. 52. Disponível em: https://universidadebrasil.edu.br/portal/pg.php?pg=iniciacao-cientifica. Acesso em: 25 ago. 2020. </w:t>
      </w:r>
    </w:p>
    <w:p w14:paraId="518CD31E"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228C16D1"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Patente </w:t>
      </w:r>
    </w:p>
    <w:p w14:paraId="73541F7F"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7F4C60D1" w14:textId="573BC1B0" w:rsidR="008C1554" w:rsidRPr="00FE725B" w:rsidRDefault="008C1554" w:rsidP="008C1554">
      <w:pPr>
        <w:spacing w:after="0" w:line="240" w:lineRule="auto"/>
        <w:ind w:firstLine="0"/>
        <w:rPr>
          <w:rFonts w:cs="Arial"/>
          <w:szCs w:val="24"/>
          <w:lang w:val="pt-BR"/>
        </w:rPr>
      </w:pPr>
      <w:r w:rsidRPr="008C1554">
        <w:rPr>
          <w:rFonts w:cs="Arial"/>
          <w:szCs w:val="24"/>
          <w:lang w:val="pt-BR"/>
        </w:rPr>
        <w:t xml:space="preserve">- Exemplo de patente em meio eletrônico: </w:t>
      </w:r>
    </w:p>
    <w:p w14:paraId="302B2099" w14:textId="77777777" w:rsidR="008C1554" w:rsidRPr="008C1554" w:rsidRDefault="008C1554" w:rsidP="008C1554">
      <w:pPr>
        <w:spacing w:after="0" w:line="240" w:lineRule="auto"/>
        <w:ind w:firstLine="0"/>
        <w:rPr>
          <w:rFonts w:cs="Arial"/>
          <w:szCs w:val="24"/>
          <w:lang w:val="pt-BR"/>
        </w:rPr>
      </w:pPr>
      <w:r w:rsidRPr="008C1554">
        <w:rPr>
          <w:rFonts w:cs="Arial"/>
          <w:szCs w:val="24"/>
        </w:rPr>
        <w:t xml:space="preserve">LI, L. M.; MAGALHÃES, D. S. F.; SERRA, R. L. </w:t>
      </w:r>
      <w:r w:rsidRPr="008C1554">
        <w:rPr>
          <w:rFonts w:cs="Arial"/>
          <w:b/>
          <w:bCs/>
          <w:szCs w:val="24"/>
        </w:rPr>
        <w:t>Multi-stereoscopic holographic system for visualization of medical images of patient using e.g. MRI technology</w:t>
      </w:r>
      <w:r w:rsidRPr="008C1554">
        <w:rPr>
          <w:rFonts w:cs="Arial"/>
          <w:szCs w:val="24"/>
        </w:rPr>
        <w:t xml:space="preserve">. </w:t>
      </w:r>
      <w:r w:rsidRPr="008C1554">
        <w:rPr>
          <w:rFonts w:cs="Arial"/>
          <w:szCs w:val="24"/>
          <w:lang w:val="pt-BR"/>
        </w:rPr>
        <w:t>Depositante: Universidade Estadual de Campinas. Procurador: Fernanda Lavras Costallat Silvado. BR201102733. Depósito: 27 jun. 2011. Concessão: 16 jul. 2013. Disponível em: http://www.repositorio.unicamp.br/bitstream/REPOSIP/84901/1/pat_BRPI1102733.pdf. Acesso em: 29 ago. 2020.</w:t>
      </w:r>
    </w:p>
    <w:p w14:paraId="018E4C00"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4B065B3D"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Documento jurídico </w:t>
      </w:r>
    </w:p>
    <w:p w14:paraId="4DE718B0"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7C771507" w14:textId="249A9B6D"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 de legislação: </w:t>
      </w:r>
    </w:p>
    <w:p w14:paraId="7F6EA580"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BRASIL. [Constituição (1988)]. </w:t>
      </w:r>
      <w:r w:rsidRPr="008C1554">
        <w:rPr>
          <w:rFonts w:cs="Arial"/>
          <w:b/>
          <w:bCs/>
          <w:szCs w:val="24"/>
          <w:lang w:val="pt-BR"/>
        </w:rPr>
        <w:t>Constituição da República Federativa do Brasil</w:t>
      </w:r>
      <w:r w:rsidRPr="008C1554">
        <w:rPr>
          <w:rFonts w:cs="Arial"/>
          <w:szCs w:val="24"/>
          <w:lang w:val="pt-BR"/>
        </w:rPr>
        <w:t xml:space="preserve">. Organizado por Cláudio Brandão de Oliveira. Rio de Janeiro: Roma Victor, 2002. 320 p. </w:t>
      </w:r>
    </w:p>
    <w:p w14:paraId="52D0185C" w14:textId="77777777" w:rsidR="008C1554" w:rsidRPr="008C1554" w:rsidRDefault="008C1554" w:rsidP="008C1554">
      <w:pPr>
        <w:spacing w:after="0" w:line="240" w:lineRule="auto"/>
        <w:ind w:firstLine="0"/>
        <w:rPr>
          <w:rFonts w:cs="Arial"/>
          <w:szCs w:val="24"/>
          <w:lang w:val="pt-BR"/>
        </w:rPr>
      </w:pPr>
    </w:p>
    <w:p w14:paraId="14435AD0" w14:textId="77777777" w:rsidR="008C1554" w:rsidRPr="00FE725B" w:rsidRDefault="008C1554" w:rsidP="008C1554">
      <w:pPr>
        <w:spacing w:after="0" w:line="240" w:lineRule="auto"/>
        <w:ind w:firstLine="0"/>
        <w:rPr>
          <w:rFonts w:cs="Arial"/>
          <w:b/>
          <w:bCs/>
          <w:szCs w:val="24"/>
          <w:lang w:val="pt-BR"/>
        </w:rPr>
      </w:pPr>
      <w:r w:rsidRPr="00FE725B">
        <w:rPr>
          <w:rFonts w:cs="Arial"/>
          <w:b/>
          <w:bCs/>
          <w:szCs w:val="24"/>
          <w:lang w:val="pt-BR"/>
        </w:rPr>
        <w:t xml:space="preserve">• Pessoa jurídica (órgãos governamentais, empresas, associações, entre outros) </w:t>
      </w:r>
    </w:p>
    <w:p w14:paraId="76FFABC9" w14:textId="77777777"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w:t>
      </w:r>
    </w:p>
    <w:p w14:paraId="23397AC5" w14:textId="4E177C4B" w:rsidR="008C1554" w:rsidRPr="008C1554" w:rsidRDefault="008C1554" w:rsidP="008C1554">
      <w:pPr>
        <w:spacing w:after="0" w:line="240" w:lineRule="auto"/>
        <w:ind w:firstLine="0"/>
        <w:rPr>
          <w:rFonts w:cs="Arial"/>
          <w:szCs w:val="24"/>
          <w:lang w:val="pt-BR"/>
        </w:rPr>
      </w:pPr>
      <w:r w:rsidRPr="008C1554">
        <w:rPr>
          <w:rFonts w:cs="Arial"/>
          <w:szCs w:val="24"/>
          <w:lang w:val="pt-BR"/>
        </w:rPr>
        <w:t xml:space="preserve">- Exemplo de associação: </w:t>
      </w:r>
    </w:p>
    <w:p w14:paraId="6F27990D" w14:textId="77777777" w:rsidR="008C1554" w:rsidRPr="008C1554" w:rsidRDefault="008C1554" w:rsidP="008C1554">
      <w:pPr>
        <w:spacing w:after="0" w:line="240" w:lineRule="auto"/>
        <w:ind w:firstLine="0"/>
        <w:rPr>
          <w:rFonts w:cs="Arial"/>
          <w:szCs w:val="24"/>
        </w:rPr>
      </w:pPr>
      <w:r w:rsidRPr="008C1554">
        <w:rPr>
          <w:rFonts w:cs="Arial"/>
          <w:szCs w:val="24"/>
          <w:lang w:val="pt-BR"/>
        </w:rPr>
        <w:t xml:space="preserve">ASSOCIAÇÃO BRASILEIRA DE NORMAS TÉCNICAS – ABNT. </w:t>
      </w:r>
      <w:r w:rsidRPr="008C1554">
        <w:rPr>
          <w:rFonts w:cs="Arial"/>
          <w:b/>
          <w:bCs/>
          <w:szCs w:val="24"/>
          <w:lang w:val="pt-BR"/>
        </w:rPr>
        <w:t>NBR 6027</w:t>
      </w:r>
      <w:r w:rsidRPr="008C1554">
        <w:rPr>
          <w:rFonts w:cs="Arial"/>
          <w:szCs w:val="24"/>
          <w:lang w:val="pt-BR"/>
        </w:rPr>
        <w:t xml:space="preserve">: Informação e documentação: sumário: apresentação. </w:t>
      </w:r>
      <w:r w:rsidRPr="008C1554">
        <w:rPr>
          <w:rFonts w:cs="Arial"/>
          <w:szCs w:val="24"/>
        </w:rPr>
        <w:t>Rio de Janeiro, 2003.</w:t>
      </w:r>
    </w:p>
    <w:p w14:paraId="5D277E7C" w14:textId="77777777" w:rsidR="008C1554" w:rsidRDefault="008C1554" w:rsidP="008C1554">
      <w:pPr>
        <w:spacing w:after="0" w:line="240" w:lineRule="auto"/>
        <w:rPr>
          <w:rFonts w:cs="Arial"/>
          <w:szCs w:val="24"/>
        </w:rPr>
      </w:pPr>
    </w:p>
    <w:p w14:paraId="1B967FB4" w14:textId="77777777" w:rsidR="0039700B" w:rsidRPr="002B098E" w:rsidRDefault="00000000">
      <w:pPr>
        <w:rPr>
          <w:lang w:val="pt-BR"/>
        </w:rPr>
      </w:pPr>
      <w:r w:rsidRPr="002B098E">
        <w:rPr>
          <w:lang w:val="pt-BR"/>
        </w:rPr>
        <w:br w:type="page"/>
      </w:r>
    </w:p>
    <w:p w14:paraId="695F9A58" w14:textId="77777777" w:rsidR="001E3088" w:rsidRDefault="001E3088" w:rsidP="001E3088">
      <w:pPr>
        <w:spacing w:after="0" w:line="240" w:lineRule="auto"/>
        <w:ind w:firstLine="0"/>
        <w:jc w:val="center"/>
        <w:rPr>
          <w:rFonts w:cs="Arial"/>
          <w:bCs/>
          <w:iCs/>
          <w:lang w:val="pt-BR"/>
        </w:rPr>
      </w:pPr>
    </w:p>
    <w:p w14:paraId="13B1197B" w14:textId="77777777" w:rsidR="001E3088" w:rsidRDefault="001E3088" w:rsidP="001E3088">
      <w:pPr>
        <w:spacing w:after="0" w:line="240" w:lineRule="auto"/>
        <w:ind w:firstLine="0"/>
        <w:jc w:val="center"/>
        <w:rPr>
          <w:rFonts w:cs="Arial"/>
          <w:bCs/>
          <w:iCs/>
          <w:lang w:val="pt-BR"/>
        </w:rPr>
      </w:pPr>
    </w:p>
    <w:p w14:paraId="0C2B52A9" w14:textId="77777777" w:rsidR="001E3088" w:rsidRDefault="001E3088" w:rsidP="001E3088">
      <w:pPr>
        <w:spacing w:after="0" w:line="240" w:lineRule="auto"/>
        <w:ind w:firstLine="0"/>
        <w:jc w:val="center"/>
        <w:rPr>
          <w:rFonts w:cs="Arial"/>
          <w:bCs/>
          <w:iCs/>
          <w:lang w:val="pt-BR"/>
        </w:rPr>
      </w:pPr>
    </w:p>
    <w:p w14:paraId="750EE21A" w14:textId="77777777" w:rsidR="001E3088" w:rsidRDefault="001E3088" w:rsidP="001E3088">
      <w:pPr>
        <w:spacing w:after="0" w:line="240" w:lineRule="auto"/>
        <w:ind w:firstLine="0"/>
        <w:jc w:val="center"/>
        <w:rPr>
          <w:rFonts w:cs="Arial"/>
          <w:bCs/>
          <w:iCs/>
          <w:lang w:val="pt-BR"/>
        </w:rPr>
      </w:pPr>
    </w:p>
    <w:p w14:paraId="5704EEF0" w14:textId="77777777" w:rsidR="001E3088" w:rsidRDefault="001E3088" w:rsidP="001E3088">
      <w:pPr>
        <w:spacing w:after="0" w:line="240" w:lineRule="auto"/>
        <w:ind w:firstLine="0"/>
        <w:jc w:val="center"/>
        <w:rPr>
          <w:rFonts w:cs="Arial"/>
          <w:bCs/>
          <w:iCs/>
          <w:lang w:val="pt-BR"/>
        </w:rPr>
      </w:pPr>
    </w:p>
    <w:p w14:paraId="734F51D0" w14:textId="3D66FE18" w:rsidR="001E3088" w:rsidRDefault="001E3088" w:rsidP="001E3088">
      <w:pPr>
        <w:spacing w:after="0" w:line="240" w:lineRule="auto"/>
        <w:ind w:firstLine="0"/>
        <w:jc w:val="center"/>
        <w:rPr>
          <w:rFonts w:cs="Arial"/>
          <w:sz w:val="28"/>
          <w:szCs w:val="24"/>
          <w:lang w:val="pt-BR"/>
        </w:rPr>
      </w:pPr>
      <w:r>
        <w:rPr>
          <w:rFonts w:cs="Arial"/>
          <w:sz w:val="28"/>
          <w:szCs w:val="24"/>
          <w:lang w:val="pt-BR"/>
        </w:rPr>
        <w:t>APÊNDICE</w:t>
      </w:r>
    </w:p>
    <w:p w14:paraId="45029698" w14:textId="77777777" w:rsidR="001E3088" w:rsidRPr="00FD6892" w:rsidRDefault="001E3088" w:rsidP="001E3088">
      <w:pPr>
        <w:spacing w:after="0" w:line="240" w:lineRule="auto"/>
        <w:ind w:firstLine="0"/>
        <w:jc w:val="center"/>
        <w:rPr>
          <w:rFonts w:cs="Arial"/>
          <w:bCs/>
          <w:iCs/>
          <w:lang w:val="pt-BR"/>
        </w:rPr>
      </w:pPr>
    </w:p>
    <w:p w14:paraId="0F580CA1" w14:textId="77777777" w:rsidR="001E3088" w:rsidRPr="00FD6892" w:rsidRDefault="001E3088" w:rsidP="001E3088">
      <w:pPr>
        <w:spacing w:after="0" w:line="240" w:lineRule="auto"/>
        <w:ind w:firstLine="0"/>
        <w:jc w:val="center"/>
        <w:rPr>
          <w:rFonts w:cs="Arial"/>
          <w:bCs/>
          <w:iCs/>
          <w:lang w:val="pt-BR"/>
        </w:rPr>
      </w:pPr>
    </w:p>
    <w:p w14:paraId="3FE933F0" w14:textId="77777777" w:rsidR="001E3088" w:rsidRPr="00FD6892" w:rsidRDefault="001E3088" w:rsidP="001E3088">
      <w:pPr>
        <w:spacing w:after="0" w:line="240" w:lineRule="auto"/>
        <w:ind w:firstLine="0"/>
        <w:jc w:val="center"/>
        <w:rPr>
          <w:rFonts w:cs="Arial"/>
          <w:bCs/>
          <w:iCs/>
          <w:lang w:val="pt-BR"/>
        </w:rPr>
      </w:pPr>
    </w:p>
    <w:p w14:paraId="640072D1" w14:textId="77777777" w:rsidR="0039700B" w:rsidRPr="002B098E" w:rsidRDefault="00000000">
      <w:pPr>
        <w:spacing w:after="120"/>
        <w:rPr>
          <w:lang w:val="pt-BR"/>
        </w:rPr>
      </w:pPr>
      <w:r w:rsidRPr="002B098E">
        <w:rPr>
          <w:lang w:val="pt-BR"/>
        </w:rPr>
        <w:t>Os apêndices são produções do próprio autor do trabalho. Caso haja mais de um apêndice, seguir a ordem alfabética. Utilizar uma nova página para cada apêndice. Os apêndices e anexos seguem a mesma formatação do texto padrão.</w:t>
      </w:r>
    </w:p>
    <w:p w14:paraId="0041A128" w14:textId="5EF44626" w:rsidR="0039700B" w:rsidRPr="002B098E" w:rsidRDefault="0039700B">
      <w:pPr>
        <w:rPr>
          <w:lang w:val="pt-BR"/>
        </w:rPr>
      </w:pPr>
    </w:p>
    <w:sectPr w:rsidR="0039700B" w:rsidRPr="002B098E" w:rsidSect="00034616">
      <w:pgSz w:w="12240" w:h="15840"/>
      <w:pgMar w:top="170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D3AAA3B6"/>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477213F1"/>
    <w:multiLevelType w:val="multilevel"/>
    <w:tmpl w:val="964EA318"/>
    <w:lvl w:ilvl="0">
      <w:start w:val="2"/>
      <w:numFmt w:val="decimal"/>
      <w:lvlText w:val="%1"/>
      <w:lvlJc w:val="left"/>
      <w:pPr>
        <w:ind w:left="360" w:hanging="360"/>
      </w:pPr>
      <w:rPr>
        <w:rFonts w:ascii="Arial" w:hAnsi="Arial" w:hint="default"/>
      </w:rPr>
    </w:lvl>
    <w:lvl w:ilvl="1">
      <w:start w:val="1"/>
      <w:numFmt w:val="decimal"/>
      <w:lvlText w:val="%1.%2"/>
      <w:lvlJc w:val="left"/>
      <w:pPr>
        <w:ind w:left="360" w:hanging="36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1080" w:hanging="108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440" w:hanging="144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800" w:hanging="1800"/>
      </w:pPr>
      <w:rPr>
        <w:rFonts w:ascii="Arial" w:hAnsi="Arial" w:hint="default"/>
      </w:rPr>
    </w:lvl>
    <w:lvl w:ilvl="8">
      <w:start w:val="1"/>
      <w:numFmt w:val="decimal"/>
      <w:lvlText w:val="%1.%2.%3.%4.%5.%6.%7.%8.%9"/>
      <w:lvlJc w:val="left"/>
      <w:pPr>
        <w:ind w:left="1800" w:hanging="1800"/>
      </w:pPr>
      <w:rPr>
        <w:rFonts w:ascii="Arial" w:hAnsi="Arial" w:hint="default"/>
      </w:rPr>
    </w:lvl>
  </w:abstractNum>
  <w:num w:numId="1" w16cid:durableId="36128914">
    <w:abstractNumId w:val="8"/>
  </w:num>
  <w:num w:numId="2" w16cid:durableId="1594044537">
    <w:abstractNumId w:val="6"/>
  </w:num>
  <w:num w:numId="3" w16cid:durableId="1316687557">
    <w:abstractNumId w:val="5"/>
  </w:num>
  <w:num w:numId="4" w16cid:durableId="2019573387">
    <w:abstractNumId w:val="4"/>
  </w:num>
  <w:num w:numId="5" w16cid:durableId="796218143">
    <w:abstractNumId w:val="7"/>
  </w:num>
  <w:num w:numId="6" w16cid:durableId="904805026">
    <w:abstractNumId w:val="3"/>
  </w:num>
  <w:num w:numId="7" w16cid:durableId="1390805602">
    <w:abstractNumId w:val="2"/>
  </w:num>
  <w:num w:numId="8" w16cid:durableId="1687292867">
    <w:abstractNumId w:val="1"/>
  </w:num>
  <w:num w:numId="9" w16cid:durableId="497580210">
    <w:abstractNumId w:val="0"/>
  </w:num>
  <w:num w:numId="10" w16cid:durableId="6644317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5E41"/>
    <w:rsid w:val="0015074B"/>
    <w:rsid w:val="00186A9C"/>
    <w:rsid w:val="001E3088"/>
    <w:rsid w:val="00277701"/>
    <w:rsid w:val="0029639D"/>
    <w:rsid w:val="002B098E"/>
    <w:rsid w:val="00326F90"/>
    <w:rsid w:val="0039700B"/>
    <w:rsid w:val="003D13E9"/>
    <w:rsid w:val="004D141C"/>
    <w:rsid w:val="00500F7B"/>
    <w:rsid w:val="006B08F8"/>
    <w:rsid w:val="008C1554"/>
    <w:rsid w:val="00AA1D8D"/>
    <w:rsid w:val="00B47730"/>
    <w:rsid w:val="00C6540B"/>
    <w:rsid w:val="00CB0664"/>
    <w:rsid w:val="00D71245"/>
    <w:rsid w:val="00FC693F"/>
    <w:rsid w:val="00FD6892"/>
    <w:rsid w:val="00FE279B"/>
    <w:rsid w:val="00FE7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AF2A97"/>
  <w14:defaultImageDpi w14:val="300"/>
  <w15:docId w15:val="{FBAE78CA-95C8-484B-B557-9085B514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60" w:lineRule="auto"/>
      <w:ind w:firstLine="567"/>
      <w:jc w:val="both"/>
    </w:pPr>
    <w:rPr>
      <w:rFonts w:ascii="Arial" w:hAnsi="Arial"/>
      <w:sz w:val="24"/>
    </w:rPr>
  </w:style>
  <w:style w:type="paragraph" w:styleId="Ttulo1">
    <w:name w:val="heading 1"/>
    <w:basedOn w:val="Normal"/>
    <w:next w:val="Normal"/>
    <w:link w:val="Ttulo1Char"/>
    <w:uiPriority w:val="9"/>
    <w:qFormat/>
    <w:rsid w:val="00FC693F"/>
    <w:pPr>
      <w:keepNext/>
      <w:keepLines/>
      <w:spacing w:before="240" w:after="240"/>
      <w:jc w:val="center"/>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120" w:after="120"/>
      <w:outlineLvl w:val="1"/>
    </w:pPr>
    <w:rPr>
      <w:rFonts w:asciiTheme="majorHAnsi" w:eastAsiaTheme="majorEastAsia" w:hAnsiTheme="majorHAnsi" w:cstheme="majorBidi"/>
      <w:b/>
      <w:bCs/>
      <w:color w:val="4F81BD" w:themeColor="accent1"/>
      <w:szCs w:val="26"/>
    </w:rPr>
  </w:style>
  <w:style w:type="paragraph" w:styleId="Ttulo3">
    <w:name w:val="heading 3"/>
    <w:basedOn w:val="Normal"/>
    <w:next w:val="Normal"/>
    <w:link w:val="Ttulo3Char"/>
    <w:uiPriority w:val="9"/>
    <w:unhideWhenUsed/>
    <w:qFormat/>
    <w:rsid w:val="00FC693F"/>
    <w:pPr>
      <w:keepNext/>
      <w:keepLines/>
      <w:spacing w:before="120" w:after="12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ind w:firstLine="567"/>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eladeLista6Colorida1">
    <w:name w:val="Tabela de Lista 6 Colorida1"/>
    <w:basedOn w:val="Tabelanormal"/>
    <w:uiPriority w:val="51"/>
    <w:rsid w:val="008C1554"/>
    <w:pPr>
      <w:suppressAutoHyphens/>
      <w:spacing w:after="0" w:line="240" w:lineRule="auto"/>
    </w:pPr>
    <w:rPr>
      <w:rFonts w:eastAsiaTheme="minorHAnsi"/>
      <w:color w:val="000000" w:themeColor="text1"/>
      <w:lang w:val="pt-BR"/>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30</Pages>
  <Words>4047</Words>
  <Characters>23193</Characters>
  <Application>Microsoft Office Word</Application>
  <DocSecurity>0</DocSecurity>
  <Lines>644</Lines>
  <Paragraphs>368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REVIEWER</cp:lastModifiedBy>
  <cp:revision>5</cp:revision>
  <dcterms:created xsi:type="dcterms:W3CDTF">2013-12-23T23:15:00Z</dcterms:created>
  <dcterms:modified xsi:type="dcterms:W3CDTF">2026-04-21T15:24:00Z</dcterms:modified>
  <cp:category/>
</cp:coreProperties>
</file>